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E4951" w14:textId="77777777" w:rsidR="00582D19" w:rsidRPr="00C73AFF" w:rsidRDefault="00582D19">
      <w:pPr>
        <w:jc w:val="center"/>
        <w:rPr>
          <w:rFonts w:ascii="Arial" w:hAnsi="Arial" w:cs="Arial"/>
          <w:b/>
          <w:lang w:val="hr-HR"/>
        </w:rPr>
      </w:pPr>
    </w:p>
    <w:p w14:paraId="510E989E" w14:textId="77777777" w:rsidR="00C73AFF" w:rsidRPr="00C73AFF" w:rsidRDefault="00C73AFF" w:rsidP="00C73AFF">
      <w:pPr>
        <w:spacing w:after="0" w:line="240" w:lineRule="auto"/>
        <w:ind w:firstLine="720"/>
        <w:rPr>
          <w:rFonts w:eastAsia="Times New Roman" w:cs="Times New Roman"/>
          <w:b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ŽUPANIJA KRAPINSKO-ZAGORSKA</w:t>
      </w:r>
    </w:p>
    <w:p w14:paraId="3801C53C" w14:textId="77777777" w:rsidR="00C73AFF" w:rsidRPr="00C73AFF" w:rsidRDefault="00C73AFF" w:rsidP="00C73AFF">
      <w:pPr>
        <w:spacing w:after="0" w:line="240" w:lineRule="auto"/>
        <w:rPr>
          <w:rFonts w:eastAsia="Times New Roman" w:cs="Times New Roman"/>
          <w:b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OSNOVNA ŠKOLA KSAVERA ŠANDORA GJALSKOG</w:t>
      </w:r>
    </w:p>
    <w:p w14:paraId="36F84E7D" w14:textId="77777777" w:rsidR="00C73AFF" w:rsidRPr="00C73AFF" w:rsidRDefault="00C73AFF" w:rsidP="00C73AFF">
      <w:pPr>
        <w:spacing w:after="0" w:line="240" w:lineRule="auto"/>
        <w:rPr>
          <w:rFonts w:eastAsia="Times New Roman" w:cs="Times New Roman"/>
          <w:b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 xml:space="preserve">               Z A B O K, Đački put 1</w:t>
      </w: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ab/>
      </w:r>
    </w:p>
    <w:p w14:paraId="6EE7D405" w14:textId="77777777" w:rsidR="00C73AFF" w:rsidRPr="00C73AFF" w:rsidRDefault="00C73AFF" w:rsidP="00C73AFF">
      <w:pPr>
        <w:spacing w:after="0" w:line="240" w:lineRule="auto"/>
        <w:rPr>
          <w:rFonts w:eastAsia="Times New Roman" w:cs="Times New Roman"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e-mail: ured@os-</w:t>
      </w:r>
      <w:proofErr w:type="spellStart"/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ksaver</w:t>
      </w:r>
      <w:proofErr w:type="spellEnd"/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-</w:t>
      </w:r>
      <w:proofErr w:type="spellStart"/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sandor</w:t>
      </w:r>
      <w:proofErr w:type="spellEnd"/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-</w:t>
      </w:r>
      <w:proofErr w:type="spellStart"/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djalski</w:t>
      </w:r>
      <w:proofErr w:type="spellEnd"/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-zabok.skole.hr</w:t>
      </w:r>
    </w:p>
    <w:p w14:paraId="4EBDB003" w14:textId="77777777" w:rsidR="00C73AFF" w:rsidRPr="00C73AFF" w:rsidRDefault="00C73AFF" w:rsidP="00C73AFF">
      <w:pPr>
        <w:spacing w:after="0" w:line="240" w:lineRule="auto"/>
        <w:rPr>
          <w:rFonts w:eastAsia="Times New Roman" w:cs="Times New Roman"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Šifra škole:     02-097-001</w:t>
      </w:r>
    </w:p>
    <w:p w14:paraId="5E164804" w14:textId="77777777" w:rsidR="00C73AFF" w:rsidRPr="00C73AFF" w:rsidRDefault="00C73AFF" w:rsidP="00C73AFF">
      <w:pPr>
        <w:spacing w:after="0" w:line="240" w:lineRule="auto"/>
        <w:rPr>
          <w:rFonts w:eastAsia="Times New Roman" w:cs="Times New Roman"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Matični broj:  03016404</w:t>
      </w:r>
    </w:p>
    <w:p w14:paraId="17D5B4FF" w14:textId="77777777" w:rsidR="00C73AFF" w:rsidRPr="00C73AFF" w:rsidRDefault="00C73AFF" w:rsidP="00C73AFF">
      <w:pPr>
        <w:spacing w:after="0" w:line="240" w:lineRule="auto"/>
        <w:rPr>
          <w:rFonts w:eastAsia="Times New Roman" w:cs="Times New Roman"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color w:val="000000"/>
          <w:sz w:val="24"/>
          <w:szCs w:val="20"/>
          <w:lang w:val="hr-HR"/>
        </w:rPr>
        <w:t>OIB:               59587812513</w:t>
      </w:r>
    </w:p>
    <w:p w14:paraId="7C8D518E" w14:textId="77777777" w:rsidR="00C73AFF" w:rsidRPr="00C73AFF" w:rsidRDefault="00C73AFF" w:rsidP="00C73AFF">
      <w:pPr>
        <w:spacing w:after="0" w:line="240" w:lineRule="auto"/>
        <w:rPr>
          <w:rFonts w:eastAsia="Times New Roman" w:cs="Times New Roman"/>
          <w:b/>
          <w:color w:val="000000"/>
          <w:sz w:val="24"/>
          <w:szCs w:val="20"/>
          <w:lang w:val="hr-HR"/>
        </w:rPr>
      </w:pPr>
    </w:p>
    <w:p w14:paraId="547EBA42" w14:textId="73E5A00D" w:rsidR="00C73AFF" w:rsidRPr="00C73AFF" w:rsidRDefault="00C73AFF" w:rsidP="00C73AFF">
      <w:pPr>
        <w:spacing w:after="0" w:line="240" w:lineRule="auto"/>
        <w:rPr>
          <w:rFonts w:eastAsia="Times New Roman" w:cs="Times New Roman"/>
          <w:b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KLASA: 372-01/26</w:t>
      </w: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-01/03</w:t>
      </w:r>
      <w:bookmarkStart w:id="0" w:name="_GoBack"/>
      <w:bookmarkEnd w:id="0"/>
    </w:p>
    <w:p w14:paraId="1CBC519E" w14:textId="43A025F2" w:rsidR="00C73AFF" w:rsidRPr="00C73AFF" w:rsidRDefault="00C73AFF" w:rsidP="00C73AFF">
      <w:pPr>
        <w:spacing w:after="0" w:line="240" w:lineRule="auto"/>
        <w:rPr>
          <w:rFonts w:eastAsia="Times New Roman" w:cs="Times New Roman"/>
          <w:b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URBROJ: 2140-82-26</w:t>
      </w: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-02</w:t>
      </w:r>
    </w:p>
    <w:p w14:paraId="7F93D37E" w14:textId="342CA17F" w:rsidR="00C73AFF" w:rsidRPr="00C73AFF" w:rsidRDefault="00C73AFF" w:rsidP="00C73AFF">
      <w:pPr>
        <w:spacing w:after="0" w:line="240" w:lineRule="auto"/>
        <w:rPr>
          <w:rFonts w:eastAsia="Times New Roman" w:cs="Times New Roman"/>
          <w:b/>
          <w:color w:val="000000"/>
          <w:sz w:val="24"/>
          <w:szCs w:val="20"/>
          <w:lang w:val="hr-HR"/>
        </w:rPr>
      </w:pP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 xml:space="preserve">Zabok, </w:t>
      </w: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01.09</w:t>
      </w:r>
      <w:r w:rsidRPr="00C73AFF">
        <w:rPr>
          <w:rFonts w:eastAsia="Times New Roman" w:cs="Times New Roman"/>
          <w:b/>
          <w:color w:val="000000"/>
          <w:sz w:val="24"/>
          <w:szCs w:val="20"/>
          <w:lang w:val="hr-HR"/>
        </w:rPr>
        <w:t>.2026.</w:t>
      </w:r>
    </w:p>
    <w:p w14:paraId="1B4FFFDA" w14:textId="77777777" w:rsidR="000E3479" w:rsidRPr="00C73AFF" w:rsidRDefault="00582D19">
      <w:pPr>
        <w:jc w:val="center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JAVNI NATJEČAJ</w:t>
      </w:r>
    </w:p>
    <w:p w14:paraId="7D0902B7" w14:textId="0DA72B56" w:rsidR="000E3479" w:rsidRPr="00C73AFF" w:rsidRDefault="00582D19" w:rsidP="00582D19">
      <w:pPr>
        <w:jc w:val="center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ZA DAVANJE NA KORIŠTENJE PROSTORA I OPREME U VLASNIŠTVU ŠKOLE</w:t>
      </w:r>
    </w:p>
    <w:p w14:paraId="5DBA2A47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I.</w:t>
      </w:r>
    </w:p>
    <w:p w14:paraId="49F4D31D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Natječajem se daju na korištenje sljedeći prostori Osnovne škole Ksavera Šandora Gjalskog, Zabok:</w:t>
      </w:r>
    </w:p>
    <w:p w14:paraId="5053D9E6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školska sportska dvorana;</w:t>
      </w:r>
    </w:p>
    <w:p w14:paraId="3BDB28A4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učionice;</w:t>
      </w:r>
    </w:p>
    <w:p w14:paraId="61B2FE7B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informatička učionica;</w:t>
      </w:r>
    </w:p>
    <w:p w14:paraId="2AD9ABE5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dvorana za više svrha;</w:t>
      </w:r>
    </w:p>
    <w:p w14:paraId="7BA449A7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sportska igrališta i drugi prostori škole;</w:t>
      </w:r>
    </w:p>
    <w:p w14:paraId="68AA8739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oprema škole koja se može dati na korištenje.</w:t>
      </w:r>
    </w:p>
    <w:p w14:paraId="711283C6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II.</w:t>
      </w:r>
    </w:p>
    <w:p w14:paraId="6E563C9C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Navedeni prostori i oprema daju se na korištenje za sportske treninge, sportska natjecanja, rekreativne aktivnosti, edukacije, predavanja, radionice, priredbe, manifestacije te druge aktivnosti i programe koji se mogu provoditi u prostoru, pod uvjetom da se time ne ometa redovita djelatnost Škole.</w:t>
      </w:r>
    </w:p>
    <w:p w14:paraId="7D602C45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III.</w:t>
      </w:r>
    </w:p>
    <w:p w14:paraId="6D8F6027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Školska sportska dvorana i ostali prostori škole i oprema daju se na korištenje na vrijeme do jedne godine, u sljedećim terminima:</w:t>
      </w:r>
    </w:p>
    <w:p w14:paraId="3068B992" w14:textId="321862EC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ponedjeljak od 1</w:t>
      </w:r>
      <w:r w:rsidR="00E30FE4" w:rsidRPr="00C73AFF">
        <w:rPr>
          <w:rFonts w:ascii="Arial" w:hAnsi="Arial" w:cs="Arial"/>
          <w:lang w:val="hr-HR"/>
        </w:rPr>
        <w:t>8</w:t>
      </w:r>
      <w:r w:rsidRPr="00C73AFF">
        <w:rPr>
          <w:rFonts w:ascii="Arial" w:hAnsi="Arial" w:cs="Arial"/>
          <w:lang w:val="hr-HR"/>
        </w:rPr>
        <w:t>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do </w:t>
      </w:r>
      <w:r w:rsidR="00E30FE4" w:rsidRPr="00C73AFF">
        <w:rPr>
          <w:rFonts w:ascii="Arial" w:hAnsi="Arial" w:cs="Arial"/>
          <w:lang w:val="hr-HR"/>
        </w:rPr>
        <w:t>2</w:t>
      </w:r>
      <w:r w:rsidRPr="00C73AFF">
        <w:rPr>
          <w:rFonts w:ascii="Arial" w:hAnsi="Arial" w:cs="Arial"/>
          <w:lang w:val="hr-HR"/>
        </w:rPr>
        <w:t>1.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za školsku sportsku dvoranu</w:t>
      </w:r>
    </w:p>
    <w:p w14:paraId="3CA3E431" w14:textId="162FF2A9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utorak od 1</w:t>
      </w:r>
      <w:r w:rsidR="00E30FE4" w:rsidRPr="00C73AFF">
        <w:rPr>
          <w:rFonts w:ascii="Arial" w:hAnsi="Arial" w:cs="Arial"/>
          <w:lang w:val="hr-HR"/>
        </w:rPr>
        <w:t>7</w:t>
      </w:r>
      <w:r w:rsidRPr="00C73AFF">
        <w:rPr>
          <w:rFonts w:ascii="Arial" w:hAnsi="Arial" w:cs="Arial"/>
          <w:lang w:val="hr-HR"/>
        </w:rPr>
        <w:t>.</w:t>
      </w:r>
      <w:r w:rsidR="00E30FE4" w:rsidRPr="00C73AFF">
        <w:rPr>
          <w:rFonts w:ascii="Arial" w:hAnsi="Arial" w:cs="Arial"/>
          <w:lang w:val="hr-HR"/>
        </w:rPr>
        <w:t>3</w:t>
      </w:r>
      <w:r w:rsidRPr="00C73AFF">
        <w:rPr>
          <w:rFonts w:ascii="Arial" w:hAnsi="Arial" w:cs="Arial"/>
          <w:lang w:val="hr-HR"/>
        </w:rPr>
        <w:t>0 do 21.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za školsku sportsku dvoranu</w:t>
      </w:r>
    </w:p>
    <w:p w14:paraId="7675F095" w14:textId="4D2F880A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 xml:space="preserve">srijeda od </w:t>
      </w:r>
      <w:r w:rsidR="00E30FE4" w:rsidRPr="00C73AFF">
        <w:rPr>
          <w:rFonts w:ascii="Arial" w:hAnsi="Arial" w:cs="Arial"/>
          <w:lang w:val="hr-HR"/>
        </w:rPr>
        <w:t>17</w:t>
      </w:r>
      <w:r w:rsidRPr="00C73AFF">
        <w:rPr>
          <w:rFonts w:ascii="Arial" w:hAnsi="Arial" w:cs="Arial"/>
          <w:lang w:val="hr-HR"/>
        </w:rPr>
        <w:t>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do 21.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za školsku sportsku dvoranu</w:t>
      </w:r>
    </w:p>
    <w:p w14:paraId="259B7A98" w14:textId="67173515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četvrtak od 17.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do </w:t>
      </w:r>
      <w:r w:rsidR="00E30FE4" w:rsidRPr="00C73AFF">
        <w:rPr>
          <w:rFonts w:ascii="Arial" w:hAnsi="Arial" w:cs="Arial"/>
          <w:lang w:val="hr-HR"/>
        </w:rPr>
        <w:t>21</w:t>
      </w:r>
      <w:r w:rsidRPr="00C73AFF">
        <w:rPr>
          <w:rFonts w:ascii="Arial" w:hAnsi="Arial" w:cs="Arial"/>
          <w:lang w:val="hr-HR"/>
        </w:rPr>
        <w:t>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za školsku sportsku dvoranu</w:t>
      </w:r>
    </w:p>
    <w:p w14:paraId="58BAD370" w14:textId="7C7220A2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petak od 1</w:t>
      </w:r>
      <w:r w:rsidR="00E30FE4" w:rsidRPr="00C73AFF">
        <w:rPr>
          <w:rFonts w:ascii="Arial" w:hAnsi="Arial" w:cs="Arial"/>
          <w:lang w:val="hr-HR"/>
        </w:rPr>
        <w:t>7</w:t>
      </w:r>
      <w:r w:rsidRPr="00C73AFF">
        <w:rPr>
          <w:rFonts w:ascii="Arial" w:hAnsi="Arial" w:cs="Arial"/>
          <w:lang w:val="hr-HR"/>
        </w:rPr>
        <w:t>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do 21.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za školsku sportsku dvoranu</w:t>
      </w:r>
    </w:p>
    <w:p w14:paraId="415AE050" w14:textId="74707889" w:rsidR="00582D19" w:rsidRPr="00C73AFF" w:rsidRDefault="00582D19" w:rsidP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od ponedjeljka do petka od 18.30 do 21.30 sati za dvoranu za više svrha.</w:t>
      </w:r>
    </w:p>
    <w:p w14:paraId="612DE8CA" w14:textId="50507B97" w:rsidR="000E3479" w:rsidRPr="00C73AFF" w:rsidRDefault="00582D19" w:rsidP="00E30FE4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 xml:space="preserve">subota od 09.00 do 17.00 za školsku sportsku dvoranu i </w:t>
      </w:r>
      <w:r w:rsidR="00E30FE4" w:rsidRPr="00C73AFF">
        <w:rPr>
          <w:rFonts w:ascii="Arial" w:hAnsi="Arial" w:cs="Arial"/>
          <w:lang w:val="hr-HR"/>
        </w:rPr>
        <w:t>za dvoranu za više svrha</w:t>
      </w:r>
    </w:p>
    <w:p w14:paraId="442A7CEA" w14:textId="65F0A8FB" w:rsidR="00582D19" w:rsidRPr="00C73AFF" w:rsidRDefault="00582D19" w:rsidP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od ponedjeljka do petka od 18.15 do 21.</w:t>
      </w:r>
      <w:r w:rsidR="00E30FE4" w:rsidRPr="00C73AFF">
        <w:rPr>
          <w:rFonts w:ascii="Arial" w:hAnsi="Arial" w:cs="Arial"/>
          <w:lang w:val="hr-HR"/>
        </w:rPr>
        <w:t>30</w:t>
      </w:r>
      <w:r w:rsidRPr="00C73AFF">
        <w:rPr>
          <w:rFonts w:ascii="Arial" w:hAnsi="Arial" w:cs="Arial"/>
          <w:lang w:val="hr-HR"/>
        </w:rPr>
        <w:t xml:space="preserve"> sati za informatičku učionicu.</w:t>
      </w:r>
    </w:p>
    <w:p w14:paraId="778DB35F" w14:textId="5E42578A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IV.</w:t>
      </w:r>
    </w:p>
    <w:p w14:paraId="12273388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Minimalna visina naknade za korištenje prostora i opreme utvrđena je Pravilnikom o načinu korištenja školske sportske dvorane te ostalih prostora i opreme škole Osnovne škole Ksavera Šandora Gjalskog, Zabok.</w:t>
      </w:r>
    </w:p>
    <w:p w14:paraId="04F0B12A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lastRenderedPageBreak/>
        <w:t>V.</w:t>
      </w:r>
    </w:p>
    <w:p w14:paraId="0A955D80" w14:textId="2F3C4700" w:rsidR="00582D1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Ponudu mogu dostaviti fizičke i pravne osobe.</w:t>
      </w:r>
    </w:p>
    <w:p w14:paraId="67904444" w14:textId="1F309BC5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VI.</w:t>
      </w:r>
    </w:p>
    <w:p w14:paraId="2497D09A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Uz ponudu sa svojim traženim sadržajem – Obrazac za korištenje školske sportske dvorane/školskih prostora i opreme – ponuditelj treba priložiti sljedeću dokumentaciju:</w:t>
      </w:r>
    </w:p>
    <w:p w14:paraId="6F2A6CFF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rješenje nadležnog tijela za obavljanje određene djelatnosti (npr. za udruge – rješenje o upisu u Registar udruga) – samo pravne osobe;</w:t>
      </w:r>
    </w:p>
    <w:p w14:paraId="49A476A9" w14:textId="77777777" w:rsidR="000E3479" w:rsidRPr="00C73AFF" w:rsidRDefault="00582D19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presliku osobne iskaznice – samo fizičke osobe.</w:t>
      </w:r>
    </w:p>
    <w:p w14:paraId="45690D55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Ponuda mora sadržavati: podatke o ponuditelju, adresu, kontakt telefon/mobitel i e-mail, planirani datum početka i završetka korištenja, prostor koji se želi koristiti i svrhu korištenja, željene termine korištenja, vrstu aktivnosti te ponuđenu cijenu za sat korištenja školskog prostora.</w:t>
      </w:r>
    </w:p>
    <w:p w14:paraId="6A314AD8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VII.</w:t>
      </w:r>
    </w:p>
    <w:p w14:paraId="00113FED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Osnovna škola Ksavera Šandora Gjalskog, Zabok zadržava pravo poništenja natječaja ili dijela natječaja, odnosno neprihvaćanja nijedne pristigle ponude bez posebnog obrazloženja.</w:t>
      </w:r>
    </w:p>
    <w:p w14:paraId="30CE1973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VIII.</w:t>
      </w:r>
    </w:p>
    <w:p w14:paraId="6DB32D03" w14:textId="7617D863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Ponude se dostavljaju u zatvorenoj omotnici na adresu Osnovne škole Ksavera Šandora Gjalskog, Zabok,</w:t>
      </w:r>
      <w:r w:rsidR="00C73AFF">
        <w:rPr>
          <w:rFonts w:ascii="Arial" w:hAnsi="Arial" w:cs="Arial"/>
          <w:lang w:val="hr-HR"/>
        </w:rPr>
        <w:t xml:space="preserve"> Đački put 1, 49210 Zabok,</w:t>
      </w:r>
      <w:r w:rsidRPr="00C73AFF">
        <w:rPr>
          <w:rFonts w:ascii="Arial" w:hAnsi="Arial" w:cs="Arial"/>
          <w:lang w:val="hr-HR"/>
        </w:rPr>
        <w:t xml:space="preserve"> s naznakom:</w:t>
      </w:r>
    </w:p>
    <w:p w14:paraId="0DD2CA92" w14:textId="77777777" w:rsidR="000E3479" w:rsidRPr="00C73AFF" w:rsidRDefault="00582D19">
      <w:pPr>
        <w:jc w:val="center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„NE OTVARAJ – PONUDA ZA JAVNI NATJEČAJ ZA KORIŠTENJE ŠKOLSKOG PROSTORA I OPREME“</w:t>
      </w:r>
    </w:p>
    <w:p w14:paraId="6AB20DE4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Rok za dostavu ponuda je najmanje 8 dana od dana objave natječaja na službenim mrežnim stranicama Škole.</w:t>
      </w:r>
    </w:p>
    <w:p w14:paraId="4BCBCF46" w14:textId="309D3324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 xml:space="preserve">Otvaranje ponuda izvršit će Povjerenstvo za provođenje javnog natječaja dana </w:t>
      </w:r>
      <w:r w:rsidR="00C73AFF">
        <w:rPr>
          <w:rFonts w:ascii="Arial" w:hAnsi="Arial" w:cs="Arial"/>
          <w:lang w:val="hr-HR"/>
        </w:rPr>
        <w:t>09.09.2026.</w:t>
      </w:r>
      <w:r w:rsidRPr="00C73AFF">
        <w:rPr>
          <w:rFonts w:ascii="Arial" w:hAnsi="Arial" w:cs="Arial"/>
          <w:lang w:val="hr-HR"/>
        </w:rPr>
        <w:t xml:space="preserve"> u </w:t>
      </w:r>
      <w:r w:rsidR="00C73AFF">
        <w:rPr>
          <w:rFonts w:ascii="Arial" w:hAnsi="Arial" w:cs="Arial"/>
          <w:lang w:val="hr-HR"/>
        </w:rPr>
        <w:t>14:00</w:t>
      </w:r>
      <w:r w:rsidRPr="00C73AFF">
        <w:rPr>
          <w:rFonts w:ascii="Arial" w:hAnsi="Arial" w:cs="Arial"/>
          <w:lang w:val="hr-HR"/>
        </w:rPr>
        <w:t xml:space="preserve"> sati u Osnovnoj školi Ksavera Šandora Gjalskog, Zabok. Ponude se ne otvaraju javno.</w:t>
      </w:r>
    </w:p>
    <w:p w14:paraId="64DB9C66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IX.</w:t>
      </w:r>
    </w:p>
    <w:p w14:paraId="580BEB71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Nepravovremene i nepotpune ponude neće se uzeti u razmatranje.</w:t>
      </w:r>
    </w:p>
    <w:p w14:paraId="5C542797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X.</w:t>
      </w:r>
    </w:p>
    <w:p w14:paraId="237FA805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Odluka o davanju na korištenje ili odluka o poništenju javnog natječaja dostavlja se svim sudionicima javnog natječaja.</w:t>
      </w:r>
    </w:p>
    <w:p w14:paraId="6C36B1E0" w14:textId="77777777" w:rsidR="00582D19" w:rsidRPr="00C73AFF" w:rsidRDefault="00582D19">
      <w:pPr>
        <w:rPr>
          <w:rFonts w:ascii="Arial" w:hAnsi="Arial" w:cs="Arial"/>
          <w:b/>
          <w:lang w:val="hr-HR"/>
        </w:rPr>
      </w:pPr>
    </w:p>
    <w:p w14:paraId="735D8B53" w14:textId="19CD18A2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XI.</w:t>
      </w:r>
    </w:p>
    <w:p w14:paraId="66B6E23D" w14:textId="77777777" w:rsidR="000E3479" w:rsidRPr="00C73AFF" w:rsidRDefault="00582D19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Dostavom ponude na natječaj svi ponuditelji daju privolu Osnovnoj školi Ksavera Šandora Gjalskog, Zabok za obradu osobnih podataka navedenih u dostavljenim prilozima odnosno ispravama za potrebe provedbe javnog natječaja, u skladu s važećim propisima o zaštiti osobnih podataka.</w:t>
      </w:r>
    </w:p>
    <w:p w14:paraId="11123E5E" w14:textId="77777777" w:rsidR="000E3479" w:rsidRPr="00C73AFF" w:rsidRDefault="000E3479">
      <w:pPr>
        <w:rPr>
          <w:rFonts w:ascii="Arial" w:hAnsi="Arial" w:cs="Arial"/>
          <w:lang w:val="hr-HR"/>
        </w:rPr>
      </w:pPr>
    </w:p>
    <w:p w14:paraId="03EF4776" w14:textId="65A84083" w:rsidR="000E3479" w:rsidRPr="00C73AFF" w:rsidRDefault="00582D19">
      <w:pPr>
        <w:jc w:val="center"/>
        <w:rPr>
          <w:rFonts w:ascii="Arial" w:hAnsi="Arial" w:cs="Arial"/>
          <w:b/>
          <w:lang w:val="hr-HR"/>
        </w:rPr>
      </w:pPr>
      <w:r w:rsidRPr="00C73AFF">
        <w:rPr>
          <w:rFonts w:ascii="Arial" w:hAnsi="Arial" w:cs="Arial"/>
          <w:b/>
          <w:lang w:val="hr-HR"/>
        </w:rPr>
        <w:t>POVJERENSTVO ZA PROVOĐENJE JAVNOG NATJEČAJA</w:t>
      </w:r>
      <w:r w:rsidR="0073077C" w:rsidRPr="00C73AFF">
        <w:rPr>
          <w:rFonts w:ascii="Arial" w:hAnsi="Arial" w:cs="Arial"/>
          <w:b/>
          <w:lang w:val="hr-HR"/>
        </w:rPr>
        <w:t xml:space="preserve"> </w:t>
      </w:r>
    </w:p>
    <w:p w14:paraId="02BFDF06" w14:textId="15DB9F35" w:rsidR="0073077C" w:rsidRPr="00C73AFF" w:rsidRDefault="0073077C">
      <w:pPr>
        <w:jc w:val="center"/>
        <w:rPr>
          <w:rFonts w:ascii="Arial" w:hAnsi="Arial" w:cs="Arial"/>
          <w:b/>
          <w:lang w:val="hr-HR"/>
        </w:rPr>
      </w:pPr>
    </w:p>
    <w:p w14:paraId="3AC00A14" w14:textId="4F30C84E" w:rsidR="0073077C" w:rsidRPr="00C73AFF" w:rsidRDefault="0073077C" w:rsidP="0073077C">
      <w:pPr>
        <w:jc w:val="center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sz w:val="28"/>
          <w:lang w:val="hr-HR"/>
        </w:rPr>
        <w:t>PRILOG I</w:t>
      </w:r>
    </w:p>
    <w:p w14:paraId="744F630D" w14:textId="77777777" w:rsidR="0073077C" w:rsidRPr="00C73AFF" w:rsidRDefault="0073077C" w:rsidP="0073077C">
      <w:pPr>
        <w:jc w:val="center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sz w:val="24"/>
          <w:lang w:val="hr-HR"/>
        </w:rPr>
        <w:t>OBRAZAC ZA KORIŠTENJE ŠKOLSKE SPORTSKE DVORANE / ŠKOLSKIH PROSTORA I OPREME</w:t>
      </w:r>
    </w:p>
    <w:p w14:paraId="2497D5FF" w14:textId="77777777" w:rsidR="0073077C" w:rsidRPr="00C73AFF" w:rsidRDefault="0073077C" w:rsidP="0073077C">
      <w:pPr>
        <w:jc w:val="center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OSNOVNA ŠKOLA KSAVERA ŠANDORA GJALSKOG  ZABOK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386"/>
      </w:tblGrid>
      <w:tr w:rsidR="0073077C" w:rsidRPr="00C73AFF" w14:paraId="2BC52C3D" w14:textId="77777777" w:rsidTr="00D14855">
        <w:trPr>
          <w:jc w:val="center"/>
        </w:trPr>
        <w:tc>
          <w:tcPr>
            <w:tcW w:w="3969" w:type="dxa"/>
            <w:vAlign w:val="center"/>
          </w:tcPr>
          <w:p w14:paraId="6FF95D3E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Naziv / ime i prezime podnositelja:</w:t>
            </w:r>
          </w:p>
        </w:tc>
        <w:tc>
          <w:tcPr>
            <w:tcW w:w="5386" w:type="dxa"/>
            <w:vAlign w:val="center"/>
          </w:tcPr>
          <w:p w14:paraId="4C7B09E9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27380930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1FE2C141" w14:textId="77777777" w:rsidTr="00D14855">
        <w:trPr>
          <w:jc w:val="center"/>
        </w:trPr>
        <w:tc>
          <w:tcPr>
            <w:tcW w:w="3969" w:type="dxa"/>
            <w:vAlign w:val="center"/>
          </w:tcPr>
          <w:p w14:paraId="463EE3AC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Adresa:</w:t>
            </w:r>
          </w:p>
        </w:tc>
        <w:tc>
          <w:tcPr>
            <w:tcW w:w="5386" w:type="dxa"/>
            <w:vAlign w:val="center"/>
          </w:tcPr>
          <w:p w14:paraId="75B10A35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23E19375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14D8C195" w14:textId="77777777" w:rsidTr="00D14855">
        <w:trPr>
          <w:jc w:val="center"/>
        </w:trPr>
        <w:tc>
          <w:tcPr>
            <w:tcW w:w="3969" w:type="dxa"/>
            <w:vAlign w:val="center"/>
          </w:tcPr>
          <w:p w14:paraId="591C949B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Telefon/mobitel, e-mail:</w:t>
            </w:r>
          </w:p>
        </w:tc>
        <w:tc>
          <w:tcPr>
            <w:tcW w:w="5386" w:type="dxa"/>
            <w:vAlign w:val="center"/>
          </w:tcPr>
          <w:p w14:paraId="387DEEC7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523E146B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32A23BB1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0774A14E" w14:textId="77777777" w:rsidTr="00D14855">
        <w:trPr>
          <w:jc w:val="center"/>
        </w:trPr>
        <w:tc>
          <w:tcPr>
            <w:tcW w:w="3969" w:type="dxa"/>
            <w:vAlign w:val="center"/>
          </w:tcPr>
          <w:p w14:paraId="5A872128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Planirani datum početka korištenja:</w:t>
            </w:r>
          </w:p>
        </w:tc>
        <w:tc>
          <w:tcPr>
            <w:tcW w:w="5386" w:type="dxa"/>
            <w:vAlign w:val="center"/>
          </w:tcPr>
          <w:p w14:paraId="0D0FE5EF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35F4B29A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3B900447" w14:textId="77777777" w:rsidTr="00D14855">
        <w:trPr>
          <w:jc w:val="center"/>
        </w:trPr>
        <w:tc>
          <w:tcPr>
            <w:tcW w:w="3969" w:type="dxa"/>
            <w:vAlign w:val="center"/>
          </w:tcPr>
          <w:p w14:paraId="205CDB45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Prostor škole koji se želi koristiti i potreba/svrha korištenja:</w:t>
            </w:r>
          </w:p>
        </w:tc>
        <w:tc>
          <w:tcPr>
            <w:tcW w:w="5386" w:type="dxa"/>
            <w:vAlign w:val="center"/>
          </w:tcPr>
          <w:p w14:paraId="418BADED" w14:textId="77777777" w:rsidR="0073077C" w:rsidRPr="00C73AFF" w:rsidRDefault="0073077C" w:rsidP="00D14855">
            <w:pPr>
              <w:rPr>
                <w:rFonts w:ascii="Arial" w:hAnsi="Arial" w:cs="Arial"/>
                <w:sz w:val="21"/>
                <w:lang w:val="hr-HR"/>
              </w:rPr>
            </w:pPr>
            <w:r w:rsidRPr="00C73AFF">
              <w:rPr>
                <w:rFonts w:ascii="Segoe UI Symbol" w:hAnsi="Segoe UI Symbol" w:cs="Segoe UI Symbol"/>
                <w:sz w:val="21"/>
                <w:lang w:val="hr-HR"/>
              </w:rPr>
              <w:t>☐</w:t>
            </w:r>
            <w:r w:rsidRPr="00C73AFF">
              <w:rPr>
                <w:rFonts w:ascii="Arial" w:hAnsi="Arial" w:cs="Arial"/>
                <w:sz w:val="21"/>
                <w:lang w:val="hr-HR"/>
              </w:rPr>
              <w:t xml:space="preserve"> školska sportska dvorana</w:t>
            </w:r>
            <w:r w:rsidRPr="00C73AFF">
              <w:rPr>
                <w:rFonts w:ascii="Arial" w:hAnsi="Arial" w:cs="Arial"/>
                <w:sz w:val="21"/>
                <w:lang w:val="hr-HR"/>
              </w:rPr>
              <w:br/>
            </w:r>
            <w:r w:rsidRPr="00C73AFF">
              <w:rPr>
                <w:rFonts w:ascii="Segoe UI Symbol" w:hAnsi="Segoe UI Symbol" w:cs="Segoe UI Symbol"/>
                <w:sz w:val="21"/>
                <w:lang w:val="hr-HR"/>
              </w:rPr>
              <w:t>☐</w:t>
            </w:r>
            <w:r w:rsidRPr="00C73AFF">
              <w:rPr>
                <w:rFonts w:ascii="Arial" w:hAnsi="Arial" w:cs="Arial"/>
                <w:sz w:val="21"/>
                <w:lang w:val="hr-HR"/>
              </w:rPr>
              <w:t xml:space="preserve"> učionica</w:t>
            </w:r>
            <w:r w:rsidRPr="00C73AFF">
              <w:rPr>
                <w:rFonts w:ascii="Arial" w:hAnsi="Arial" w:cs="Arial"/>
                <w:sz w:val="21"/>
                <w:lang w:val="hr-HR"/>
              </w:rPr>
              <w:br/>
            </w:r>
            <w:r w:rsidRPr="00C73AFF">
              <w:rPr>
                <w:rFonts w:ascii="Segoe UI Symbol" w:hAnsi="Segoe UI Symbol" w:cs="Segoe UI Symbol"/>
                <w:sz w:val="21"/>
                <w:lang w:val="hr-HR"/>
              </w:rPr>
              <w:t>☐</w:t>
            </w:r>
            <w:r w:rsidRPr="00C73AFF">
              <w:rPr>
                <w:rFonts w:ascii="Arial" w:hAnsi="Arial" w:cs="Arial"/>
                <w:sz w:val="21"/>
                <w:lang w:val="hr-HR"/>
              </w:rPr>
              <w:t xml:space="preserve"> informatička učionica</w:t>
            </w:r>
            <w:r w:rsidRPr="00C73AFF">
              <w:rPr>
                <w:rFonts w:ascii="Arial" w:hAnsi="Arial" w:cs="Arial"/>
                <w:sz w:val="21"/>
                <w:lang w:val="hr-HR"/>
              </w:rPr>
              <w:br/>
            </w:r>
            <w:r w:rsidRPr="00C73AFF">
              <w:rPr>
                <w:rFonts w:ascii="Segoe UI Symbol" w:hAnsi="Segoe UI Symbol" w:cs="Segoe UI Symbol"/>
                <w:sz w:val="21"/>
                <w:lang w:val="hr-HR"/>
              </w:rPr>
              <w:t>☐</w:t>
            </w:r>
            <w:r w:rsidRPr="00C73AFF">
              <w:rPr>
                <w:rFonts w:ascii="Arial" w:hAnsi="Arial" w:cs="Arial"/>
                <w:sz w:val="21"/>
                <w:lang w:val="hr-HR"/>
              </w:rPr>
              <w:t xml:space="preserve"> dvorana za više svrha</w:t>
            </w:r>
            <w:r w:rsidRPr="00C73AFF">
              <w:rPr>
                <w:rFonts w:ascii="Arial" w:hAnsi="Arial" w:cs="Arial"/>
                <w:sz w:val="21"/>
                <w:lang w:val="hr-HR"/>
              </w:rPr>
              <w:br/>
            </w:r>
            <w:r w:rsidRPr="00C73AFF">
              <w:rPr>
                <w:rFonts w:ascii="Segoe UI Symbol" w:hAnsi="Segoe UI Symbol" w:cs="Segoe UI Symbol"/>
                <w:sz w:val="21"/>
                <w:lang w:val="hr-HR"/>
              </w:rPr>
              <w:t>☐</w:t>
            </w:r>
            <w:r w:rsidRPr="00C73AFF">
              <w:rPr>
                <w:rFonts w:ascii="Arial" w:hAnsi="Arial" w:cs="Arial"/>
                <w:sz w:val="21"/>
                <w:lang w:val="hr-HR"/>
              </w:rPr>
              <w:t xml:space="preserve"> drugi prostor: __________________________</w:t>
            </w:r>
            <w:r w:rsidRPr="00C73AFF">
              <w:rPr>
                <w:rFonts w:ascii="Arial" w:hAnsi="Arial" w:cs="Arial"/>
                <w:sz w:val="21"/>
                <w:lang w:val="hr-HR"/>
              </w:rPr>
              <w:br/>
            </w:r>
            <w:r w:rsidRPr="00C73AFF">
              <w:rPr>
                <w:rFonts w:ascii="Arial" w:hAnsi="Arial" w:cs="Arial"/>
                <w:sz w:val="21"/>
                <w:lang w:val="hr-HR"/>
              </w:rPr>
              <w:br/>
              <w:t>Svrha korištenja: ____________________________________________</w:t>
            </w:r>
          </w:p>
          <w:p w14:paraId="2554A6CE" w14:textId="269C440D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174D6406" w14:textId="77777777" w:rsidTr="00D14855">
        <w:trPr>
          <w:jc w:val="center"/>
        </w:trPr>
        <w:tc>
          <w:tcPr>
            <w:tcW w:w="3969" w:type="dxa"/>
            <w:vAlign w:val="center"/>
          </w:tcPr>
          <w:p w14:paraId="1F00F0A9" w14:textId="77777777" w:rsidR="0073077C" w:rsidRPr="00C73AFF" w:rsidRDefault="0073077C" w:rsidP="00D14855">
            <w:pPr>
              <w:rPr>
                <w:rFonts w:ascii="Arial" w:hAnsi="Arial" w:cs="Arial"/>
                <w:b/>
                <w:sz w:val="21"/>
                <w:lang w:val="hr-HR"/>
              </w:rPr>
            </w:pPr>
          </w:p>
          <w:p w14:paraId="021D4735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Željeni termin(i) korištenja prostora:</w:t>
            </w:r>
            <w:r w:rsidRPr="00C73AFF">
              <w:rPr>
                <w:rFonts w:ascii="Arial" w:hAnsi="Arial" w:cs="Arial"/>
                <w:b/>
                <w:sz w:val="21"/>
                <w:lang w:val="hr-HR"/>
              </w:rPr>
              <w:br/>
              <w:t>(dan u tjednu, vrijeme od–do)</w:t>
            </w:r>
          </w:p>
        </w:tc>
        <w:tc>
          <w:tcPr>
            <w:tcW w:w="5386" w:type="dxa"/>
            <w:vAlign w:val="center"/>
          </w:tcPr>
          <w:p w14:paraId="38417E7E" w14:textId="77777777" w:rsidR="0073077C" w:rsidRPr="00C73AFF" w:rsidRDefault="0073077C" w:rsidP="00D14855">
            <w:pPr>
              <w:rPr>
                <w:rFonts w:ascii="Arial" w:hAnsi="Arial" w:cs="Arial"/>
                <w:sz w:val="21"/>
                <w:lang w:val="hr-HR"/>
              </w:rPr>
            </w:pPr>
          </w:p>
          <w:p w14:paraId="439E7121" w14:textId="77777777" w:rsidR="0073077C" w:rsidRPr="00C73AFF" w:rsidRDefault="0073077C" w:rsidP="00D14855">
            <w:pPr>
              <w:rPr>
                <w:rFonts w:ascii="Arial" w:hAnsi="Arial" w:cs="Arial"/>
                <w:sz w:val="21"/>
                <w:lang w:val="hr-HR"/>
              </w:rPr>
            </w:pPr>
            <w:r w:rsidRPr="00C73AFF">
              <w:rPr>
                <w:rFonts w:ascii="Arial" w:hAnsi="Arial" w:cs="Arial"/>
                <w:sz w:val="21"/>
                <w:lang w:val="hr-HR"/>
              </w:rPr>
              <w:br/>
            </w:r>
          </w:p>
          <w:p w14:paraId="3066E92A" w14:textId="77777777" w:rsidR="0073077C" w:rsidRPr="00C73AFF" w:rsidRDefault="0073077C" w:rsidP="00D14855">
            <w:pPr>
              <w:rPr>
                <w:rFonts w:ascii="Arial" w:hAnsi="Arial" w:cs="Arial"/>
                <w:sz w:val="21"/>
                <w:lang w:val="hr-HR"/>
              </w:rPr>
            </w:pPr>
            <w:r w:rsidRPr="00C73AFF">
              <w:rPr>
                <w:rFonts w:ascii="Arial" w:hAnsi="Arial" w:cs="Arial"/>
                <w:sz w:val="21"/>
                <w:lang w:val="hr-HR"/>
              </w:rPr>
              <w:br/>
            </w:r>
          </w:p>
          <w:p w14:paraId="770BB27E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16CB7B7F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5F437B67" w14:textId="77777777" w:rsidTr="00D14855">
        <w:trPr>
          <w:jc w:val="center"/>
        </w:trPr>
        <w:tc>
          <w:tcPr>
            <w:tcW w:w="3969" w:type="dxa"/>
            <w:vAlign w:val="center"/>
          </w:tcPr>
          <w:p w14:paraId="0F02E617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Vrsta aktivnosti:</w:t>
            </w:r>
          </w:p>
        </w:tc>
        <w:tc>
          <w:tcPr>
            <w:tcW w:w="5386" w:type="dxa"/>
            <w:vAlign w:val="center"/>
          </w:tcPr>
          <w:p w14:paraId="7D41C4C3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5F2666D2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1B554AF5" w14:textId="77777777" w:rsidTr="00D14855">
        <w:trPr>
          <w:jc w:val="center"/>
        </w:trPr>
        <w:tc>
          <w:tcPr>
            <w:tcW w:w="3969" w:type="dxa"/>
            <w:vAlign w:val="center"/>
          </w:tcPr>
          <w:p w14:paraId="3AE1F496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Planirani datum završetka korištenja:</w:t>
            </w:r>
          </w:p>
        </w:tc>
        <w:tc>
          <w:tcPr>
            <w:tcW w:w="5386" w:type="dxa"/>
            <w:vAlign w:val="center"/>
          </w:tcPr>
          <w:p w14:paraId="0970F3FD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  <w:p w14:paraId="4D4CEE0D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  <w:tr w:rsidR="0073077C" w:rsidRPr="00C73AFF" w14:paraId="4B1F999B" w14:textId="77777777" w:rsidTr="00D14855">
        <w:trPr>
          <w:jc w:val="center"/>
        </w:trPr>
        <w:tc>
          <w:tcPr>
            <w:tcW w:w="3969" w:type="dxa"/>
            <w:vAlign w:val="center"/>
          </w:tcPr>
          <w:p w14:paraId="32295180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Ponuđena cijena za sat korištenja školskog prostora:</w:t>
            </w:r>
          </w:p>
        </w:tc>
        <w:tc>
          <w:tcPr>
            <w:tcW w:w="5386" w:type="dxa"/>
            <w:vAlign w:val="center"/>
          </w:tcPr>
          <w:p w14:paraId="762873B0" w14:textId="77777777" w:rsidR="0073077C" w:rsidRPr="00C73AFF" w:rsidRDefault="0073077C" w:rsidP="00D14855">
            <w:pPr>
              <w:rPr>
                <w:rFonts w:ascii="Arial" w:hAnsi="Arial" w:cs="Arial"/>
                <w:sz w:val="21"/>
                <w:lang w:val="hr-HR"/>
              </w:rPr>
            </w:pPr>
          </w:p>
          <w:p w14:paraId="08EB1F20" w14:textId="77777777" w:rsidR="0073077C" w:rsidRPr="00C73AFF" w:rsidRDefault="0073077C" w:rsidP="00D14855">
            <w:pPr>
              <w:rPr>
                <w:rFonts w:ascii="Arial" w:hAnsi="Arial" w:cs="Arial"/>
                <w:sz w:val="21"/>
                <w:lang w:val="hr-HR"/>
              </w:rPr>
            </w:pPr>
            <w:r w:rsidRPr="00C73AFF">
              <w:rPr>
                <w:rFonts w:ascii="Arial" w:hAnsi="Arial" w:cs="Arial"/>
                <w:sz w:val="21"/>
                <w:lang w:val="hr-HR"/>
              </w:rPr>
              <w:t>________________________ € / sat</w:t>
            </w:r>
          </w:p>
          <w:p w14:paraId="3F15CF97" w14:textId="77777777" w:rsidR="0073077C" w:rsidRPr="00C73AFF" w:rsidRDefault="0073077C" w:rsidP="00D14855">
            <w:pPr>
              <w:rPr>
                <w:rFonts w:ascii="Arial" w:hAnsi="Arial" w:cs="Arial"/>
                <w:sz w:val="21"/>
                <w:lang w:val="hr-HR"/>
              </w:rPr>
            </w:pPr>
          </w:p>
          <w:p w14:paraId="42C999D7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4B87AA58" w14:textId="77777777" w:rsidR="0073077C" w:rsidRPr="00C73AFF" w:rsidRDefault="0073077C" w:rsidP="0073077C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 xml:space="preserve">Napomena: </w:t>
      </w:r>
      <w:r w:rsidRPr="00C73AFF">
        <w:rPr>
          <w:rFonts w:ascii="Arial" w:hAnsi="Arial" w:cs="Arial"/>
          <w:lang w:val="hr-HR"/>
        </w:rPr>
        <w:t>Ponuditelj može navesti više željenih termina. Odobreni termin određuje se ugovorom, ovisno o raspoloživosti prostora i potrebama Škole.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9"/>
      </w:tblGrid>
      <w:tr w:rsidR="0073077C" w:rsidRPr="00C73AFF" w14:paraId="3BA4B5B3" w14:textId="77777777" w:rsidTr="00D14855">
        <w:trPr>
          <w:jc w:val="center"/>
        </w:trPr>
        <w:tc>
          <w:tcPr>
            <w:tcW w:w="4677" w:type="dxa"/>
          </w:tcPr>
          <w:p w14:paraId="2E9ECA3C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Datum podnošenja prijave:</w:t>
            </w:r>
          </w:p>
        </w:tc>
        <w:tc>
          <w:tcPr>
            <w:tcW w:w="4677" w:type="dxa"/>
          </w:tcPr>
          <w:p w14:paraId="1CC13897" w14:textId="77777777" w:rsidR="0073077C" w:rsidRPr="00C73AFF" w:rsidRDefault="0073077C" w:rsidP="00D14855">
            <w:pPr>
              <w:jc w:val="center"/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b/>
                <w:sz w:val="21"/>
                <w:lang w:val="hr-HR"/>
              </w:rPr>
              <w:t>Potpis (i pečat) podnositelja prijave:</w:t>
            </w:r>
          </w:p>
        </w:tc>
      </w:tr>
      <w:tr w:rsidR="0073077C" w:rsidRPr="00C73AFF" w14:paraId="2837BFEE" w14:textId="77777777" w:rsidTr="00D14855">
        <w:trPr>
          <w:jc w:val="center"/>
        </w:trPr>
        <w:tc>
          <w:tcPr>
            <w:tcW w:w="4929" w:type="dxa"/>
          </w:tcPr>
          <w:p w14:paraId="38DB5A63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lang w:val="hr-HR"/>
              </w:rPr>
              <w:br/>
            </w:r>
          </w:p>
          <w:p w14:paraId="522750F2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lang w:val="hr-HR"/>
              </w:rPr>
              <w:t>____________________________</w:t>
            </w:r>
          </w:p>
          <w:p w14:paraId="49592A9B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4929" w:type="dxa"/>
          </w:tcPr>
          <w:p w14:paraId="7CC45C37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lang w:val="hr-HR"/>
              </w:rPr>
              <w:br/>
            </w:r>
          </w:p>
          <w:p w14:paraId="14129701" w14:textId="77777777" w:rsidR="0073077C" w:rsidRPr="00C73AFF" w:rsidRDefault="0073077C" w:rsidP="00D14855">
            <w:pPr>
              <w:rPr>
                <w:rFonts w:ascii="Arial" w:hAnsi="Arial" w:cs="Arial"/>
                <w:lang w:val="hr-HR"/>
              </w:rPr>
            </w:pPr>
            <w:r w:rsidRPr="00C73AFF">
              <w:rPr>
                <w:rFonts w:ascii="Arial" w:hAnsi="Arial" w:cs="Arial"/>
                <w:lang w:val="hr-HR"/>
              </w:rPr>
              <w:t>____________________________</w:t>
            </w:r>
          </w:p>
        </w:tc>
      </w:tr>
    </w:tbl>
    <w:p w14:paraId="7DCADAA2" w14:textId="77777777" w:rsidR="0073077C" w:rsidRPr="00C73AFF" w:rsidRDefault="0073077C" w:rsidP="0073077C">
      <w:pPr>
        <w:rPr>
          <w:rFonts w:ascii="Arial" w:hAnsi="Arial" w:cs="Arial"/>
          <w:lang w:val="hr-HR"/>
        </w:rPr>
      </w:pPr>
    </w:p>
    <w:p w14:paraId="6A327C80" w14:textId="77777777" w:rsidR="0073077C" w:rsidRPr="00C73AFF" w:rsidRDefault="0073077C" w:rsidP="0073077C">
      <w:pPr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b/>
          <w:lang w:val="hr-HR"/>
        </w:rPr>
        <w:t>Prilozi uz prijavu (prema uvjetima javnog natječaja):</w:t>
      </w:r>
    </w:p>
    <w:p w14:paraId="2DDF19E3" w14:textId="77777777" w:rsidR="0073077C" w:rsidRPr="00C73AFF" w:rsidRDefault="0073077C" w:rsidP="0073077C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pravna osoba: rješenje nadležnog tijela o obavljanju određene djelatnosti / odgovarajući dokaz o registraciji;</w:t>
      </w:r>
    </w:p>
    <w:p w14:paraId="62F0D5B5" w14:textId="77777777" w:rsidR="0073077C" w:rsidRPr="00C73AFF" w:rsidRDefault="0073077C" w:rsidP="0073077C">
      <w:pPr>
        <w:pStyle w:val="Grafikeoznake"/>
        <w:rPr>
          <w:rFonts w:ascii="Arial" w:hAnsi="Arial" w:cs="Arial"/>
          <w:lang w:val="hr-HR"/>
        </w:rPr>
      </w:pPr>
      <w:r w:rsidRPr="00C73AFF">
        <w:rPr>
          <w:rFonts w:ascii="Arial" w:hAnsi="Arial" w:cs="Arial"/>
          <w:lang w:val="hr-HR"/>
        </w:rPr>
        <w:t>fizička osoba: preslika osobne iskaznice.</w:t>
      </w:r>
    </w:p>
    <w:sectPr w:rsidR="0073077C" w:rsidRPr="00C73AFF" w:rsidSect="00582D19">
      <w:pgSz w:w="12240" w:h="15840"/>
      <w:pgMar w:top="284" w:right="141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3479"/>
    <w:rsid w:val="0015074B"/>
    <w:rsid w:val="0029639D"/>
    <w:rsid w:val="00326F90"/>
    <w:rsid w:val="00582D19"/>
    <w:rsid w:val="00655BB1"/>
    <w:rsid w:val="0073077C"/>
    <w:rsid w:val="00AA1D8D"/>
    <w:rsid w:val="00B47730"/>
    <w:rsid w:val="00C73AFF"/>
    <w:rsid w:val="00C81673"/>
    <w:rsid w:val="00CB0664"/>
    <w:rsid w:val="00E30F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E0B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8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1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8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1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4CDC49-4978-4979-8FA3-B9E7C940D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Tajništvo</cp:lastModifiedBy>
  <cp:revision>2</cp:revision>
  <cp:lastPrinted>2026-09-01T06:32:00Z</cp:lastPrinted>
  <dcterms:created xsi:type="dcterms:W3CDTF">2026-09-01T06:33:00Z</dcterms:created>
  <dcterms:modified xsi:type="dcterms:W3CDTF">2026-09-01T06:33:00Z</dcterms:modified>
</cp:coreProperties>
</file>