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0500837F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EE2121">
              <w:rPr>
                <w:b/>
                <w:sz w:val="26"/>
              </w:rPr>
              <w:t>7</w:t>
            </w:r>
            <w:r>
              <w:rPr>
                <w:b/>
                <w:sz w:val="26"/>
              </w:rPr>
              <w:t xml:space="preserve">. – </w:t>
            </w:r>
            <w:r w:rsidR="00EE2121">
              <w:rPr>
                <w:b/>
                <w:sz w:val="26"/>
              </w:rPr>
              <w:t>11</w:t>
            </w:r>
            <w:r>
              <w:rPr>
                <w:b/>
                <w:sz w:val="26"/>
              </w:rPr>
              <w:t xml:space="preserve">. </w:t>
            </w:r>
            <w:r w:rsidR="00EE2121">
              <w:rPr>
                <w:b/>
                <w:sz w:val="26"/>
              </w:rPr>
              <w:t>9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66E3999D" w:rsidR="001F3848" w:rsidRDefault="00EE2121">
            <w:pPr>
              <w:spacing w:after="60"/>
            </w:pPr>
            <w:r>
              <w:rPr>
                <w:b/>
                <w:sz w:val="19"/>
              </w:rPr>
              <w:t>DORUČAK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JAFA </w:t>
            </w:r>
            <w:proofErr w:type="gramStart"/>
            <w:r>
              <w:rPr>
                <w:sz w:val="19"/>
              </w:rPr>
              <w:t>KOLAČ,JANA</w:t>
            </w:r>
            <w:proofErr w:type="gramEnd"/>
            <w:r>
              <w:rPr>
                <w:sz w:val="19"/>
              </w:rPr>
              <w:t xml:space="preserve"> VODA</w:t>
            </w:r>
          </w:p>
        </w:tc>
        <w:tc>
          <w:tcPr>
            <w:tcW w:w="1287" w:type="dxa"/>
          </w:tcPr>
          <w:p w14:paraId="3A2E728B" w14:textId="3953F08B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003BE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2FAD3E10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>
              <w:rPr>
                <w:sz w:val="19"/>
              </w:rPr>
              <w:t>JAFA KOLAČ,JANA</w:t>
            </w:r>
          </w:p>
        </w:tc>
        <w:tc>
          <w:tcPr>
            <w:tcW w:w="1287" w:type="dxa"/>
          </w:tcPr>
          <w:p w14:paraId="67C04373" w14:textId="7EE2D633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003BEC">
              <w:rPr>
                <w:b/>
                <w:sz w:val="19"/>
              </w:rPr>
              <w:t>,7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40BE5064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EE2121">
              <w:rPr>
                <w:sz w:val="19"/>
              </w:rPr>
              <w:t>/</w:t>
            </w:r>
          </w:p>
        </w:tc>
        <w:tc>
          <w:tcPr>
            <w:tcW w:w="1287" w:type="dxa"/>
          </w:tcPr>
          <w:p w14:paraId="07192720" w14:textId="2DAECDF6" w:rsidR="001F3848" w:rsidRDefault="001F3848">
            <w:pPr>
              <w:spacing w:after="60"/>
              <w:jc w:val="right"/>
            </w:pP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757EA03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EE2121">
              <w:rPr>
                <w:sz w:val="19"/>
              </w:rPr>
              <w:t>/</w:t>
            </w:r>
          </w:p>
        </w:tc>
        <w:tc>
          <w:tcPr>
            <w:tcW w:w="1287" w:type="dxa"/>
          </w:tcPr>
          <w:p w14:paraId="11D4C540" w14:textId="4DA0D1A6" w:rsidR="001F3848" w:rsidRDefault="001F3848" w:rsidP="00EE2121">
            <w:pPr>
              <w:spacing w:after="60"/>
              <w:jc w:val="center"/>
            </w:pP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74E86BFD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>
              <w:rPr>
                <w:sz w:val="19"/>
              </w:rPr>
              <w:t>SENDVIČI,JOGURT,VOĆE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4FDF9777" w:rsidR="001F3848" w:rsidRDefault="00C100D5" w:rsidP="00C100D5">
            <w:pPr>
              <w:spacing w:after="60"/>
              <w:jc w:val="center"/>
            </w:pPr>
            <w:r>
              <w:t xml:space="preserve">        1,7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73CE4204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>
              <w:rPr>
                <w:b/>
                <w:sz w:val="19"/>
              </w:rPr>
              <w:t>POH.FILE PILETINE,RIŽA,SALATA,VOĆE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366E6379" w:rsidR="001F3848" w:rsidRDefault="00C100D5" w:rsidP="00C100D5">
            <w:pPr>
              <w:spacing w:after="60"/>
              <w:jc w:val="center"/>
            </w:pPr>
            <w:r>
              <w:rPr>
                <w:b/>
                <w:sz w:val="19"/>
              </w:rPr>
              <w:t>1,3,11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4DC574A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2):SAFT SA KUH.KRUMPIROM,SALATA,KRUH</w:t>
            </w:r>
          </w:p>
        </w:tc>
        <w:tc>
          <w:tcPr>
            <w:tcW w:w="2160" w:type="dxa"/>
          </w:tcPr>
          <w:p w14:paraId="1B6D8081" w14:textId="23C27834" w:rsidR="001F3848" w:rsidRDefault="00C100D5" w:rsidP="00C100D5">
            <w:pPr>
              <w:spacing w:after="60"/>
              <w:jc w:val="center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70A34BD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003BEC">
              <w:rPr>
                <w:sz w:val="19"/>
              </w:rPr>
              <w:t>MAFIN ČOK.</w:t>
            </w:r>
          </w:p>
        </w:tc>
        <w:tc>
          <w:tcPr>
            <w:tcW w:w="2160" w:type="dxa"/>
          </w:tcPr>
          <w:p w14:paraId="67FB6C86" w14:textId="53133D1A" w:rsidR="001F3848" w:rsidRDefault="00C100D5" w:rsidP="00C100D5">
            <w:pPr>
              <w:spacing w:after="60"/>
              <w:jc w:val="center"/>
            </w:pPr>
            <w:r>
              <w:t>1,3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70DDE3D4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2E0CDA">
              <w:rPr>
                <w:sz w:val="19"/>
              </w:rPr>
              <w:t>GRIS,VOĆE</w:t>
            </w:r>
          </w:p>
        </w:tc>
        <w:tc>
          <w:tcPr>
            <w:tcW w:w="2160" w:type="dxa"/>
          </w:tcPr>
          <w:p w14:paraId="6AD5913E" w14:textId="20BC5D3E" w:rsidR="001F3848" w:rsidRDefault="002E0CDA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1D651FFB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2E0CDA">
              <w:rPr>
                <w:sz w:val="19"/>
              </w:rPr>
              <w:t>BOLONJEZ,SALATA,KRUH,VOĆE</w:t>
            </w:r>
          </w:p>
        </w:tc>
        <w:tc>
          <w:tcPr>
            <w:tcW w:w="2160" w:type="dxa"/>
          </w:tcPr>
          <w:p w14:paraId="201842DD" w14:textId="7551E9D7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4D4E154A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2):PEČ.PILETINA,MLINCI,SALATA,KRUH</w:t>
            </w:r>
          </w:p>
        </w:tc>
        <w:tc>
          <w:tcPr>
            <w:tcW w:w="2160" w:type="dxa"/>
          </w:tcPr>
          <w:p w14:paraId="2499357C" w14:textId="6284C089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3D053F9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2E0CDA">
              <w:rPr>
                <w:sz w:val="19"/>
              </w:rPr>
              <w:t>PUDING</w:t>
            </w:r>
          </w:p>
        </w:tc>
        <w:tc>
          <w:tcPr>
            <w:tcW w:w="2160" w:type="dxa"/>
          </w:tcPr>
          <w:p w14:paraId="0AB3E38E" w14:textId="19DB231C" w:rsidR="001F3848" w:rsidRDefault="002E0CDA" w:rsidP="00C100D5">
            <w:pPr>
              <w:spacing w:after="60"/>
              <w:jc w:val="center"/>
            </w:pPr>
            <w:r>
              <w:t>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3048DF0D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4C5EAA">
              <w:rPr>
                <w:b/>
                <w:sz w:val="19"/>
              </w:rPr>
              <w:t>SIRNI NAMAZ,ČAJ,KRUH,VOĆE</w:t>
            </w:r>
          </w:p>
        </w:tc>
        <w:tc>
          <w:tcPr>
            <w:tcW w:w="2160" w:type="dxa"/>
          </w:tcPr>
          <w:p w14:paraId="2F1D6E7F" w14:textId="4103F140" w:rsidR="001F3848" w:rsidRDefault="00C100D5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0F337733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4C5EAA">
              <w:rPr>
                <w:b/>
                <w:sz w:val="19"/>
              </w:rPr>
              <w:t>GRAH RIČET SA KOBASAMA,KRUH,VOĆE</w:t>
            </w:r>
          </w:p>
        </w:tc>
        <w:tc>
          <w:tcPr>
            <w:tcW w:w="2160" w:type="dxa"/>
          </w:tcPr>
          <w:p w14:paraId="471DF367" w14:textId="4F4B03C8" w:rsidR="001F3848" w:rsidRDefault="00C100D5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17BB95D5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C5EAA">
              <w:rPr>
                <w:sz w:val="19"/>
              </w:rPr>
              <w:t>MEDALJONI,RIŽA,SALATA,KRUH</w:t>
            </w:r>
          </w:p>
        </w:tc>
        <w:tc>
          <w:tcPr>
            <w:tcW w:w="2160" w:type="dxa"/>
          </w:tcPr>
          <w:p w14:paraId="13D675C9" w14:textId="0D10293C" w:rsidR="001F3848" w:rsidRDefault="00C100D5" w:rsidP="004C5EAA">
            <w:pPr>
              <w:spacing w:after="60"/>
              <w:jc w:val="center"/>
            </w:pPr>
            <w:r>
              <w:t xml:space="preserve">1,3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2B6BAEA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C5EAA">
              <w:rPr>
                <w:sz w:val="19"/>
              </w:rPr>
              <w:t>PUTER ŠTANGICA,ČOK.MLIJEKO</w:t>
            </w:r>
          </w:p>
        </w:tc>
        <w:tc>
          <w:tcPr>
            <w:tcW w:w="2160" w:type="dxa"/>
          </w:tcPr>
          <w:p w14:paraId="4870E904" w14:textId="199DFB8E" w:rsidR="001F3848" w:rsidRDefault="00C100D5" w:rsidP="00C100D5">
            <w:pPr>
              <w:spacing w:after="60"/>
            </w:pPr>
            <w:r>
              <w:t xml:space="preserve">                   1,7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64018901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452164">
              <w:rPr>
                <w:b/>
                <w:sz w:val="19"/>
              </w:rPr>
              <w:t>LINO LADA,KRUH,MLIJEKO,VOĆE</w:t>
            </w:r>
          </w:p>
        </w:tc>
        <w:tc>
          <w:tcPr>
            <w:tcW w:w="2160" w:type="dxa"/>
          </w:tcPr>
          <w:p w14:paraId="7776210E" w14:textId="4CEB0789" w:rsidR="001F3848" w:rsidRDefault="00452164" w:rsidP="00452164">
            <w:pPr>
              <w:spacing w:after="60"/>
              <w:jc w:val="center"/>
            </w:pPr>
            <w:r>
              <w:t>1,7,8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2EAB1991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):</w:t>
            </w:r>
            <w:r w:rsidR="00452164">
              <w:rPr>
                <w:b/>
                <w:sz w:val="19"/>
              </w:rPr>
              <w:t>RIBLJI ODREZAK,KRUMPIR-KELJ,KRUH,VOĆE</w:t>
            </w:r>
          </w:p>
        </w:tc>
        <w:tc>
          <w:tcPr>
            <w:tcW w:w="2160" w:type="dxa"/>
          </w:tcPr>
          <w:p w14:paraId="0FB512C5" w14:textId="18D00B4A" w:rsidR="001F3848" w:rsidRDefault="00452164" w:rsidP="00452164">
            <w:pPr>
              <w:spacing w:after="60"/>
            </w:pPr>
            <w:r>
              <w:t xml:space="preserve">                1,3,4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5E22665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52164">
              <w:rPr>
                <w:sz w:val="19"/>
              </w:rPr>
              <w:t>VARIVO MAHUNE,KRUH</w:t>
            </w:r>
          </w:p>
        </w:tc>
        <w:tc>
          <w:tcPr>
            <w:tcW w:w="2160" w:type="dxa"/>
          </w:tcPr>
          <w:p w14:paraId="0F2966BD" w14:textId="34A8D893" w:rsidR="001F3848" w:rsidRDefault="00452164" w:rsidP="00452164">
            <w:pPr>
              <w:spacing w:after="60"/>
            </w:pPr>
            <w:r>
              <w:t xml:space="preserve">                   1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2A13DCC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452164">
              <w:rPr>
                <w:b/>
                <w:sz w:val="19"/>
              </w:rPr>
              <w:t>ŠTRUKLI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53054269" w14:textId="3DBECDD8" w:rsidR="001F3848" w:rsidRDefault="001D2440" w:rsidP="001D2440">
            <w:pPr>
              <w:spacing w:after="60"/>
              <w:jc w:val="center"/>
            </w:pPr>
            <w:r>
              <w:t>1,3,7</w:t>
            </w:r>
            <w:bookmarkStart w:id="0" w:name="_GoBack"/>
            <w:bookmarkEnd w:id="0"/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6027E" w14:textId="77777777" w:rsidR="00107840" w:rsidRDefault="00107840" w:rsidP="00B07659">
      <w:pPr>
        <w:spacing w:after="0" w:line="240" w:lineRule="auto"/>
      </w:pPr>
      <w:r>
        <w:separator/>
      </w:r>
    </w:p>
  </w:endnote>
  <w:endnote w:type="continuationSeparator" w:id="0">
    <w:p w14:paraId="3B105B26" w14:textId="77777777" w:rsidR="00107840" w:rsidRDefault="00107840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51075" w14:textId="77777777" w:rsidR="00107840" w:rsidRDefault="00107840" w:rsidP="00B07659">
      <w:pPr>
        <w:spacing w:after="0" w:line="240" w:lineRule="auto"/>
      </w:pPr>
      <w:r>
        <w:separator/>
      </w:r>
    </w:p>
  </w:footnote>
  <w:footnote w:type="continuationSeparator" w:id="0">
    <w:p w14:paraId="367B4A91" w14:textId="77777777" w:rsidR="00107840" w:rsidRDefault="00107840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9639D"/>
    <w:rsid w:val="002E0CDA"/>
    <w:rsid w:val="00324C1C"/>
    <w:rsid w:val="00326F90"/>
    <w:rsid w:val="00452164"/>
    <w:rsid w:val="004C5EAA"/>
    <w:rsid w:val="004E6032"/>
    <w:rsid w:val="005409D1"/>
    <w:rsid w:val="00585553"/>
    <w:rsid w:val="008D0AA9"/>
    <w:rsid w:val="008E45A9"/>
    <w:rsid w:val="009672A3"/>
    <w:rsid w:val="00AA1D8D"/>
    <w:rsid w:val="00B07659"/>
    <w:rsid w:val="00B47730"/>
    <w:rsid w:val="00BC36A5"/>
    <w:rsid w:val="00C100D5"/>
    <w:rsid w:val="00C53E42"/>
    <w:rsid w:val="00CB0664"/>
    <w:rsid w:val="00E475B5"/>
    <w:rsid w:val="00EE2121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0C46A5-F236-4AFF-BD1A-5BF5E168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2026-09-01T07:12:00Z</dcterms:created>
  <dcterms:modified xsi:type="dcterms:W3CDTF">2026-09-01T07:12:00Z</dcterms:modified>
  <cp:category/>
</cp:coreProperties>
</file>