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DE9D9" w:themeColor="accent6" w:themeTint="33"/>
  <w:body>
    <w:p w14:paraId="0C02F536" w14:textId="39C66A48" w:rsidR="001F3848" w:rsidRPr="00324C1C" w:rsidRDefault="000268D5" w:rsidP="005409D1">
      <w:pPr>
        <w:tabs>
          <w:tab w:val="left" w:pos="5928"/>
        </w:tabs>
        <w:spacing w:after="40"/>
        <w:rPr>
          <w:sz w:val="18"/>
          <w:szCs w:val="18"/>
        </w:rPr>
      </w:pPr>
      <w:r w:rsidRPr="00324C1C">
        <w:rPr>
          <w:rFonts w:ascii="Arial Black" w:hAnsi="Arial Black"/>
          <w:b/>
          <w:sz w:val="52"/>
          <w:szCs w:val="18"/>
        </w:rPr>
        <w:t>TJEDNI JELOVNIK</w:t>
      </w:r>
      <w:r w:rsidR="005409D1">
        <w:rPr>
          <w:rFonts w:ascii="Arial Black" w:hAnsi="Arial Black"/>
          <w:b/>
          <w:sz w:val="52"/>
          <w:szCs w:val="18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4"/>
        <w:gridCol w:w="1287"/>
      </w:tblGrid>
      <w:tr w:rsidR="001F3848" w14:paraId="73F88E10" w14:textId="77777777" w:rsidTr="00003BEC">
        <w:trPr>
          <w:trHeight w:val="640"/>
        </w:trPr>
        <w:tc>
          <w:tcPr>
            <w:tcW w:w="7664" w:type="dxa"/>
          </w:tcPr>
          <w:p w14:paraId="27972C74" w14:textId="2B4395E5" w:rsidR="001F3848" w:rsidRDefault="000268D5">
            <w:pPr>
              <w:spacing w:after="40"/>
            </w:pPr>
            <w:proofErr w:type="spellStart"/>
            <w:r>
              <w:rPr>
                <w:b/>
                <w:sz w:val="26"/>
              </w:rPr>
              <w:t>Tjedan</w:t>
            </w:r>
            <w:proofErr w:type="spellEnd"/>
            <w:r>
              <w:rPr>
                <w:b/>
                <w:sz w:val="26"/>
              </w:rPr>
              <w:t xml:space="preserve">: </w:t>
            </w:r>
            <w:r w:rsidR="00225EC5">
              <w:rPr>
                <w:b/>
                <w:sz w:val="26"/>
              </w:rPr>
              <w:t>05</w:t>
            </w:r>
            <w:r>
              <w:rPr>
                <w:b/>
                <w:sz w:val="26"/>
              </w:rPr>
              <w:t xml:space="preserve">. – </w:t>
            </w:r>
            <w:r w:rsidR="00225EC5">
              <w:rPr>
                <w:b/>
                <w:sz w:val="26"/>
              </w:rPr>
              <w:t>0</w:t>
            </w:r>
            <w:r w:rsidR="00531B79">
              <w:rPr>
                <w:b/>
                <w:sz w:val="26"/>
              </w:rPr>
              <w:t>9</w:t>
            </w:r>
            <w:bookmarkStart w:id="0" w:name="_GoBack"/>
            <w:bookmarkEnd w:id="0"/>
            <w:r>
              <w:rPr>
                <w:b/>
                <w:sz w:val="26"/>
              </w:rPr>
              <w:t xml:space="preserve">. </w:t>
            </w:r>
            <w:r w:rsidR="00225EC5">
              <w:rPr>
                <w:b/>
                <w:sz w:val="26"/>
              </w:rPr>
              <w:t>10</w:t>
            </w:r>
            <w:r>
              <w:rPr>
                <w:b/>
                <w:sz w:val="26"/>
              </w:rPr>
              <w:t>. 2026.</w:t>
            </w:r>
            <w:r w:rsidR="00324C1C">
              <w:rPr>
                <w:b/>
                <w:sz w:val="26"/>
              </w:rPr>
              <w:br/>
            </w:r>
            <w:r>
              <w:rPr>
                <w:rFonts w:ascii="Arial Black" w:hAnsi="Arial Black"/>
                <w:b/>
                <w:sz w:val="28"/>
              </w:rPr>
              <w:t>PONEDJELJAK</w:t>
            </w:r>
          </w:p>
        </w:tc>
        <w:tc>
          <w:tcPr>
            <w:tcW w:w="1287" w:type="dxa"/>
          </w:tcPr>
          <w:p w14:paraId="6D9122FF" w14:textId="681C2A97" w:rsidR="001F3848" w:rsidRDefault="000268D5">
            <w:pPr>
              <w:spacing w:after="40"/>
              <w:jc w:val="right"/>
            </w:pPr>
            <w:proofErr w:type="spellStart"/>
            <w:r w:rsidRPr="00E475B5">
              <w:rPr>
                <w:b/>
                <w:bCs/>
                <w:sz w:val="22"/>
              </w:rPr>
              <w:t>Alergeni</w:t>
            </w:r>
            <w:proofErr w:type="spellEnd"/>
          </w:p>
        </w:tc>
      </w:tr>
      <w:tr w:rsidR="001F3848" w14:paraId="22ED23F3" w14:textId="77777777" w:rsidTr="00003BEC">
        <w:trPr>
          <w:trHeight w:val="237"/>
        </w:trPr>
        <w:tc>
          <w:tcPr>
            <w:tcW w:w="7664" w:type="dxa"/>
          </w:tcPr>
          <w:p w14:paraId="216EFEB7" w14:textId="6D75A20B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EE77C3">
              <w:rPr>
                <w:b/>
                <w:sz w:val="19"/>
              </w:rPr>
              <w:t>(</w:t>
            </w:r>
            <w:proofErr w:type="spellStart"/>
            <w:proofErr w:type="gramEnd"/>
            <w:r w:rsidR="00EE77C3">
              <w:rPr>
                <w:b/>
                <w:sz w:val="19"/>
              </w:rPr>
              <w:t>razredna</w:t>
            </w:r>
            <w:proofErr w:type="spellEnd"/>
            <w:r w:rsidR="00EE77C3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225EC5">
              <w:rPr>
                <w:b/>
                <w:sz w:val="19"/>
              </w:rPr>
              <w:t>SENDVIČI</w:t>
            </w:r>
            <w:r w:rsidR="00EE77C3">
              <w:rPr>
                <w:b/>
                <w:sz w:val="19"/>
              </w:rPr>
              <w:t>,ČAJ,VOĆE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1287" w:type="dxa"/>
          </w:tcPr>
          <w:p w14:paraId="3A2E728B" w14:textId="79204EEE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</w:p>
        </w:tc>
      </w:tr>
      <w:tr w:rsidR="001F3848" w14:paraId="55E874B5" w14:textId="77777777" w:rsidTr="00003BEC">
        <w:trPr>
          <w:trHeight w:val="237"/>
        </w:trPr>
        <w:tc>
          <w:tcPr>
            <w:tcW w:w="7664" w:type="dxa"/>
          </w:tcPr>
          <w:p w14:paraId="7E88F8DD" w14:textId="169A7113" w:rsidR="001F3848" w:rsidRDefault="00EE2121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spellStart"/>
            <w:proofErr w:type="gramEnd"/>
            <w:r>
              <w:rPr>
                <w:b/>
                <w:sz w:val="19"/>
              </w:rPr>
              <w:t>razredna,predmetna,</w:t>
            </w:r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 xml:space="preserve"> 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225EC5">
              <w:rPr>
                <w:sz w:val="19"/>
              </w:rPr>
              <w:t>PIL.FRITESI,RIŽA</w:t>
            </w:r>
            <w:r w:rsidR="0043064C">
              <w:rPr>
                <w:sz w:val="19"/>
              </w:rPr>
              <w:t>,SALATA,KRUH,VOĆE</w:t>
            </w:r>
          </w:p>
        </w:tc>
        <w:tc>
          <w:tcPr>
            <w:tcW w:w="1287" w:type="dxa"/>
          </w:tcPr>
          <w:p w14:paraId="67C04373" w14:textId="7EA3B01D" w:rsidR="001F3848" w:rsidRDefault="000268D5">
            <w:pPr>
              <w:spacing w:after="60"/>
              <w:jc w:val="right"/>
            </w:pPr>
            <w:r>
              <w:rPr>
                <w:b/>
                <w:sz w:val="19"/>
              </w:rPr>
              <w:t>1</w:t>
            </w:r>
            <w:r w:rsidR="00225EC5">
              <w:rPr>
                <w:b/>
                <w:sz w:val="19"/>
              </w:rPr>
              <w:t>,3</w:t>
            </w:r>
          </w:p>
        </w:tc>
      </w:tr>
      <w:tr w:rsidR="001F3848" w14:paraId="6AFEA095" w14:textId="77777777" w:rsidTr="00003BEC">
        <w:trPr>
          <w:trHeight w:val="237"/>
        </w:trPr>
        <w:tc>
          <w:tcPr>
            <w:tcW w:w="7664" w:type="dxa"/>
          </w:tcPr>
          <w:p w14:paraId="51D22D1A" w14:textId="3DB0030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EE2121">
              <w:rPr>
                <w:b/>
                <w:sz w:val="19"/>
              </w:rPr>
              <w:t>(</w:t>
            </w:r>
            <w:proofErr w:type="spellStart"/>
            <w:proofErr w:type="gramEnd"/>
            <w:r w:rsidR="00452164">
              <w:rPr>
                <w:b/>
                <w:sz w:val="19"/>
              </w:rPr>
              <w:t>p.b</w:t>
            </w:r>
            <w:proofErr w:type="spellEnd"/>
            <w:r w:rsidR="00452164">
              <w:rPr>
                <w:b/>
                <w:sz w:val="19"/>
              </w:rPr>
              <w:t>.</w:t>
            </w:r>
            <w:r w:rsidR="00EE2121">
              <w:rPr>
                <w:b/>
                <w:sz w:val="19"/>
              </w:rPr>
              <w:t xml:space="preserve"> 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225EC5">
              <w:rPr>
                <w:sz w:val="19"/>
              </w:rPr>
              <w:t>PEČ.PILETINA,MLINCI,SALATA</w:t>
            </w:r>
            <w:r w:rsidR="0043064C">
              <w:rPr>
                <w:sz w:val="19"/>
              </w:rPr>
              <w:t>,KRUH</w:t>
            </w:r>
          </w:p>
        </w:tc>
        <w:tc>
          <w:tcPr>
            <w:tcW w:w="1287" w:type="dxa"/>
          </w:tcPr>
          <w:p w14:paraId="07192720" w14:textId="1C45DD9D" w:rsidR="001F3848" w:rsidRDefault="0043064C">
            <w:pPr>
              <w:spacing w:after="60"/>
              <w:jc w:val="right"/>
            </w:pPr>
            <w:r>
              <w:t>1</w:t>
            </w:r>
          </w:p>
        </w:tc>
      </w:tr>
      <w:tr w:rsidR="001F3848" w14:paraId="2A9FF43B" w14:textId="77777777" w:rsidTr="00003BEC">
        <w:trPr>
          <w:trHeight w:val="71"/>
        </w:trPr>
        <w:tc>
          <w:tcPr>
            <w:tcW w:w="7664" w:type="dxa"/>
          </w:tcPr>
          <w:p w14:paraId="4563698B" w14:textId="3DF57719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225EC5">
              <w:rPr>
                <w:sz w:val="19"/>
              </w:rPr>
              <w:t>PUDING</w:t>
            </w:r>
          </w:p>
        </w:tc>
        <w:tc>
          <w:tcPr>
            <w:tcW w:w="1287" w:type="dxa"/>
          </w:tcPr>
          <w:p w14:paraId="11D4C540" w14:textId="2C434D18" w:rsidR="001F3848" w:rsidRDefault="0043064C" w:rsidP="00EE2121">
            <w:pPr>
              <w:spacing w:after="60"/>
              <w:jc w:val="center"/>
            </w:pPr>
            <w:r>
              <w:t xml:space="preserve">                 7</w:t>
            </w:r>
          </w:p>
        </w:tc>
      </w:tr>
    </w:tbl>
    <w:p w14:paraId="4047A629" w14:textId="77651513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3876B930" wp14:editId="52CA9C48">
                <wp:simplePos x="0" y="0"/>
                <wp:positionH relativeFrom="column">
                  <wp:posOffset>-15240</wp:posOffset>
                </wp:positionH>
                <wp:positionV relativeFrom="paragraph">
                  <wp:posOffset>52070</wp:posOffset>
                </wp:positionV>
                <wp:extent cx="5699760" cy="0"/>
                <wp:effectExtent l="38100" t="38100" r="72390" b="952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A93E" id="Straight Connector 49" o:spid="_x0000_s1026" style="position:absolute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4.1pt" to="447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UTORAK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45C26E9B" w14:textId="77777777">
        <w:tc>
          <w:tcPr>
            <w:tcW w:w="7200" w:type="dxa"/>
          </w:tcPr>
          <w:p w14:paraId="17BE488A" w14:textId="3F44A179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F7795B">
              <w:rPr>
                <w:b/>
                <w:sz w:val="19"/>
              </w:rPr>
              <w:t>(</w:t>
            </w:r>
            <w:proofErr w:type="spellStart"/>
            <w:proofErr w:type="gramEnd"/>
            <w:r w:rsidR="00F7795B">
              <w:rPr>
                <w:b/>
                <w:sz w:val="19"/>
              </w:rPr>
              <w:t>razredna</w:t>
            </w:r>
            <w:proofErr w:type="spellEnd"/>
            <w:r w:rsidR="00F7795B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GRIS,VOĆE</w:t>
            </w:r>
            <w:r w:rsidR="00C100D5">
              <w:rPr>
                <w:sz w:val="19"/>
              </w:rPr>
              <w:t xml:space="preserve">                                                                                               </w:t>
            </w:r>
          </w:p>
        </w:tc>
        <w:tc>
          <w:tcPr>
            <w:tcW w:w="2160" w:type="dxa"/>
          </w:tcPr>
          <w:p w14:paraId="79F1A135" w14:textId="1088D976" w:rsidR="001F3848" w:rsidRDefault="00C100D5" w:rsidP="00C100D5">
            <w:pPr>
              <w:spacing w:after="60"/>
              <w:jc w:val="center"/>
            </w:pPr>
            <w:r>
              <w:t xml:space="preserve">       7</w:t>
            </w:r>
          </w:p>
        </w:tc>
      </w:tr>
      <w:tr w:rsidR="001F3848" w14:paraId="1492D62F" w14:textId="77777777">
        <w:tc>
          <w:tcPr>
            <w:tcW w:w="7200" w:type="dxa"/>
          </w:tcPr>
          <w:p w14:paraId="4F1A0FFE" w14:textId="57D173C3" w:rsidR="001F3848" w:rsidRDefault="00003BEC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43064C">
              <w:rPr>
                <w:b/>
                <w:sz w:val="19"/>
              </w:rPr>
              <w:t>VARIVO MAHUNE SA MESOM,KRUH,VOĆE</w:t>
            </w:r>
            <w:r w:rsidR="000268D5"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35E45B64" w14:textId="4A63AEC3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52E7A4E3" w14:textId="77777777">
        <w:tc>
          <w:tcPr>
            <w:tcW w:w="7200" w:type="dxa"/>
          </w:tcPr>
          <w:p w14:paraId="602F8E28" w14:textId="64CC956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003BEC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003BEC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003BEC">
              <w:rPr>
                <w:b/>
                <w:sz w:val="19"/>
              </w:rPr>
              <w:t>2):</w:t>
            </w:r>
            <w:r w:rsidR="00225EC5">
              <w:rPr>
                <w:b/>
                <w:sz w:val="19"/>
              </w:rPr>
              <w:t>RIŽOTO</w:t>
            </w:r>
            <w:r w:rsidR="00003BEC">
              <w:rPr>
                <w:b/>
                <w:sz w:val="19"/>
              </w:rPr>
              <w:t>,SALATA,KRUH</w:t>
            </w:r>
          </w:p>
        </w:tc>
        <w:tc>
          <w:tcPr>
            <w:tcW w:w="2160" w:type="dxa"/>
          </w:tcPr>
          <w:p w14:paraId="1B6D8081" w14:textId="5DB864A4" w:rsidR="001F3848" w:rsidRDefault="0043064C" w:rsidP="00C100D5">
            <w:pPr>
              <w:spacing w:after="60"/>
              <w:jc w:val="center"/>
            </w:pPr>
            <w:r>
              <w:rPr>
                <w:b/>
                <w:sz w:val="19"/>
              </w:rPr>
              <w:t xml:space="preserve">      </w:t>
            </w:r>
            <w:r w:rsidR="00C100D5">
              <w:rPr>
                <w:b/>
                <w:sz w:val="19"/>
              </w:rPr>
              <w:t>1</w:t>
            </w:r>
          </w:p>
        </w:tc>
      </w:tr>
      <w:tr w:rsidR="001F3848" w14:paraId="337F3A8E" w14:textId="77777777">
        <w:tc>
          <w:tcPr>
            <w:tcW w:w="7200" w:type="dxa"/>
          </w:tcPr>
          <w:p w14:paraId="1BAD7202" w14:textId="07E1F604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452164">
              <w:rPr>
                <w:b/>
                <w:sz w:val="19"/>
              </w:rPr>
              <w:t>b.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225EC5">
              <w:rPr>
                <w:sz w:val="19"/>
              </w:rPr>
              <w:t>PUTER ŠTANGICE,ČOK.MLIJEKO</w:t>
            </w:r>
          </w:p>
        </w:tc>
        <w:tc>
          <w:tcPr>
            <w:tcW w:w="2160" w:type="dxa"/>
          </w:tcPr>
          <w:p w14:paraId="67FB6C86" w14:textId="78631AF4" w:rsidR="001F3848" w:rsidRDefault="0043064C" w:rsidP="00C100D5">
            <w:pPr>
              <w:spacing w:after="60"/>
              <w:jc w:val="center"/>
            </w:pPr>
            <w:r>
              <w:t xml:space="preserve">        </w:t>
            </w:r>
            <w:r w:rsidR="00C100D5">
              <w:t>1,</w:t>
            </w:r>
            <w:r w:rsidR="00225EC5">
              <w:t>7</w:t>
            </w:r>
          </w:p>
        </w:tc>
      </w:tr>
    </w:tbl>
    <w:p w14:paraId="2828A4E7" w14:textId="5190141F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24ECED76" wp14:editId="6251A76A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99760" cy="0"/>
                <wp:effectExtent l="38100" t="38100" r="72390" b="952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2C8A9" id="Straight Connector 50" o:spid="_x0000_s1026" style="position:absolute;z-index:2523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45pt" to="448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SRIJEDA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E31EC1D" w14:textId="77777777">
        <w:tc>
          <w:tcPr>
            <w:tcW w:w="7200" w:type="dxa"/>
          </w:tcPr>
          <w:p w14:paraId="3A4B0397" w14:textId="44FC25B0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43064C">
              <w:rPr>
                <w:sz w:val="19"/>
              </w:rPr>
              <w:t>SIRNI NAMAZ,KRUH,ČAJ,VOĆE</w:t>
            </w:r>
          </w:p>
        </w:tc>
        <w:tc>
          <w:tcPr>
            <w:tcW w:w="2160" w:type="dxa"/>
          </w:tcPr>
          <w:p w14:paraId="6AD5913E" w14:textId="20BC5D3E" w:rsidR="001F3848" w:rsidRDefault="002E0CDA" w:rsidP="00C100D5">
            <w:pPr>
              <w:spacing w:after="60"/>
              <w:jc w:val="center"/>
            </w:pPr>
            <w:r>
              <w:t>1,7</w:t>
            </w:r>
          </w:p>
        </w:tc>
      </w:tr>
      <w:tr w:rsidR="001F3848" w14:paraId="5DC9D2F4" w14:textId="77777777">
        <w:tc>
          <w:tcPr>
            <w:tcW w:w="7200" w:type="dxa"/>
          </w:tcPr>
          <w:p w14:paraId="7C3BE049" w14:textId="2512985A" w:rsidR="001F3848" w:rsidRDefault="00585553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</w:t>
            </w:r>
            <w:r w:rsidR="00F7795B">
              <w:rPr>
                <w:b/>
                <w:sz w:val="19"/>
              </w:rPr>
              <w:t>,p.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1)</w:t>
            </w:r>
            <w:r w:rsidR="000268D5">
              <w:rPr>
                <w:b/>
                <w:sz w:val="19"/>
              </w:rPr>
              <w:t>:</w:t>
            </w:r>
            <w:r w:rsidR="000268D5">
              <w:rPr>
                <w:sz w:val="19"/>
              </w:rPr>
              <w:t xml:space="preserve"> </w:t>
            </w:r>
            <w:r w:rsidR="00225EC5">
              <w:rPr>
                <w:sz w:val="19"/>
              </w:rPr>
              <w:t>BOLONJEZ,PARMEZAN,SALATA</w:t>
            </w:r>
            <w:r w:rsidR="002E0CDA">
              <w:rPr>
                <w:sz w:val="19"/>
              </w:rPr>
              <w:t>,KRUH,VOĆE</w:t>
            </w:r>
          </w:p>
        </w:tc>
        <w:tc>
          <w:tcPr>
            <w:tcW w:w="2160" w:type="dxa"/>
          </w:tcPr>
          <w:p w14:paraId="201842DD" w14:textId="148AA4AD" w:rsidR="001F3848" w:rsidRDefault="002E0CDA" w:rsidP="00C100D5">
            <w:pPr>
              <w:spacing w:after="60"/>
              <w:jc w:val="center"/>
            </w:pPr>
            <w:r>
              <w:t>1</w:t>
            </w:r>
            <w:r w:rsidR="00F2369B">
              <w:t>,7</w:t>
            </w:r>
          </w:p>
        </w:tc>
      </w:tr>
      <w:tr w:rsidR="001F3848" w14:paraId="24A5A1E0" w14:textId="77777777">
        <w:tc>
          <w:tcPr>
            <w:tcW w:w="7200" w:type="dxa"/>
          </w:tcPr>
          <w:p w14:paraId="22AEBD19" w14:textId="50985012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2E0CDA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</w:t>
            </w:r>
            <w:r w:rsidR="002E0CDA"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 w:rsidR="002E0CDA">
              <w:rPr>
                <w:b/>
                <w:sz w:val="19"/>
              </w:rPr>
              <w:t>2):</w:t>
            </w:r>
            <w:r w:rsidR="00225EC5">
              <w:rPr>
                <w:b/>
                <w:sz w:val="19"/>
              </w:rPr>
              <w:t>PLJESKAVICE</w:t>
            </w:r>
            <w:r w:rsidR="00531B79">
              <w:rPr>
                <w:b/>
                <w:sz w:val="19"/>
              </w:rPr>
              <w:t>,REST.KRUMPIR,SALATA</w:t>
            </w:r>
            <w:r w:rsidR="002E0CDA">
              <w:rPr>
                <w:b/>
                <w:sz w:val="19"/>
              </w:rPr>
              <w:t>,KRUH</w:t>
            </w:r>
          </w:p>
        </w:tc>
        <w:tc>
          <w:tcPr>
            <w:tcW w:w="2160" w:type="dxa"/>
          </w:tcPr>
          <w:p w14:paraId="2499357C" w14:textId="29442602" w:rsidR="001F3848" w:rsidRDefault="002E0CDA" w:rsidP="00C100D5">
            <w:pPr>
              <w:spacing w:after="60"/>
              <w:jc w:val="center"/>
            </w:pPr>
            <w:r>
              <w:t>1</w:t>
            </w:r>
            <w:r w:rsidR="00531B79">
              <w:t>,6</w:t>
            </w:r>
          </w:p>
        </w:tc>
      </w:tr>
      <w:tr w:rsidR="001F3848" w14:paraId="322D6D1E" w14:textId="77777777">
        <w:tc>
          <w:tcPr>
            <w:tcW w:w="7200" w:type="dxa"/>
          </w:tcPr>
          <w:p w14:paraId="013FE153" w14:textId="45DAC958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531B79">
              <w:rPr>
                <w:sz w:val="19"/>
              </w:rPr>
              <w:t>VOĆNI JOGURT</w:t>
            </w:r>
          </w:p>
        </w:tc>
        <w:tc>
          <w:tcPr>
            <w:tcW w:w="2160" w:type="dxa"/>
          </w:tcPr>
          <w:p w14:paraId="0AB3E38E" w14:textId="3A685E72" w:rsidR="001F3848" w:rsidRDefault="00531B79" w:rsidP="00531B79">
            <w:pPr>
              <w:spacing w:after="60"/>
            </w:pPr>
            <w:r>
              <w:t xml:space="preserve">                        7</w:t>
            </w:r>
          </w:p>
        </w:tc>
      </w:tr>
    </w:tbl>
    <w:p w14:paraId="463ADACD" w14:textId="1F60C307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074EF61D" wp14:editId="50F78D0B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699760" cy="0"/>
                <wp:effectExtent l="38100" t="38100" r="72390" b="952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736935" id="Straight Connector 52" o:spid="_x0000_s1026" style="position:absolute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85pt" to="448.8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ČETVRTAK</w:t>
      </w:r>
    </w:p>
    <w:tbl>
      <w:tblPr>
        <w:tblW w:w="936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1724C133" w14:textId="77777777" w:rsidTr="004C5EAA">
        <w:tc>
          <w:tcPr>
            <w:tcW w:w="7200" w:type="dxa"/>
          </w:tcPr>
          <w:p w14:paraId="5AE8C6BF" w14:textId="6590B546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</w:t>
            </w:r>
            <w:r>
              <w:rPr>
                <w:b/>
                <w:sz w:val="19"/>
              </w:rPr>
              <w:t>:</w:t>
            </w:r>
            <w:r w:rsidR="00531B79">
              <w:rPr>
                <w:b/>
                <w:sz w:val="19"/>
              </w:rPr>
              <w:t>LINO LADA,KRUH,MLIJEKO</w:t>
            </w:r>
            <w:r w:rsidR="004C5EAA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2F1D6E7F" w14:textId="0D66AAF1" w:rsidR="001F3848" w:rsidRDefault="00C100D5" w:rsidP="00C100D5">
            <w:pPr>
              <w:spacing w:after="60"/>
              <w:jc w:val="center"/>
            </w:pPr>
            <w:r>
              <w:t>1,7</w:t>
            </w:r>
            <w:r w:rsidR="00531B79">
              <w:t>,8</w:t>
            </w:r>
          </w:p>
        </w:tc>
      </w:tr>
      <w:tr w:rsidR="001F3848" w14:paraId="630F85EA" w14:textId="77777777" w:rsidTr="004C5EAA">
        <w:tc>
          <w:tcPr>
            <w:tcW w:w="7200" w:type="dxa"/>
          </w:tcPr>
          <w:p w14:paraId="78148ACE" w14:textId="57E4DD23" w:rsidR="001F3848" w:rsidRDefault="002E0CD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</w:t>
            </w:r>
            <w:r w:rsidR="00F7795B">
              <w:rPr>
                <w:b/>
                <w:sz w:val="19"/>
              </w:rPr>
              <w:t>na,p.</w:t>
            </w:r>
            <w:r>
              <w:rPr>
                <w:b/>
                <w:sz w:val="19"/>
              </w:rPr>
              <w:t>b</w:t>
            </w:r>
            <w:r w:rsidR="00452164">
              <w:rPr>
                <w:b/>
                <w:sz w:val="19"/>
              </w:rPr>
              <w:t>.</w:t>
            </w:r>
            <w:r>
              <w:rPr>
                <w:b/>
                <w:sz w:val="19"/>
              </w:rPr>
              <w:t>1):</w:t>
            </w:r>
            <w:r w:rsidR="00A81D30">
              <w:rPr>
                <w:b/>
                <w:sz w:val="19"/>
              </w:rPr>
              <w:t>ME</w:t>
            </w:r>
            <w:r w:rsidR="00531B79">
              <w:rPr>
                <w:b/>
                <w:sz w:val="19"/>
              </w:rPr>
              <w:t>SNE OKRUGLICE,KRUMPIR,ŠPINAT</w:t>
            </w:r>
            <w:r w:rsidR="004C5EAA">
              <w:rPr>
                <w:b/>
                <w:sz w:val="19"/>
              </w:rPr>
              <w:t>,KRUH,VOĆE</w:t>
            </w:r>
          </w:p>
        </w:tc>
        <w:tc>
          <w:tcPr>
            <w:tcW w:w="2160" w:type="dxa"/>
          </w:tcPr>
          <w:p w14:paraId="471DF367" w14:textId="00FF09A5" w:rsidR="001F3848" w:rsidRDefault="00C100D5" w:rsidP="00C100D5">
            <w:pPr>
              <w:spacing w:after="60"/>
              <w:jc w:val="center"/>
            </w:pPr>
            <w:r>
              <w:t>1</w:t>
            </w:r>
            <w:r w:rsidR="00A81D30">
              <w:t>,</w:t>
            </w:r>
            <w:r w:rsidR="00531B79">
              <w:t>7</w:t>
            </w:r>
          </w:p>
        </w:tc>
      </w:tr>
      <w:tr w:rsidR="001F3848" w14:paraId="257160E9" w14:textId="77777777" w:rsidTr="004C5EAA">
        <w:tc>
          <w:tcPr>
            <w:tcW w:w="7200" w:type="dxa"/>
          </w:tcPr>
          <w:p w14:paraId="6591577E" w14:textId="72EAB246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531B79">
              <w:rPr>
                <w:sz w:val="19"/>
              </w:rPr>
              <w:t>GRAH RIČET</w:t>
            </w:r>
            <w:r w:rsidR="004C5EAA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13D675C9" w14:textId="1860E469" w:rsidR="001F3848" w:rsidRDefault="00C100D5" w:rsidP="004C5EAA">
            <w:pPr>
              <w:spacing w:after="60"/>
              <w:jc w:val="center"/>
            </w:pPr>
            <w:r>
              <w:t xml:space="preserve">1        </w:t>
            </w:r>
          </w:p>
        </w:tc>
      </w:tr>
      <w:tr w:rsidR="001F3848" w14:paraId="2EA82961" w14:textId="77777777" w:rsidTr="004C5EAA">
        <w:tc>
          <w:tcPr>
            <w:tcW w:w="7200" w:type="dxa"/>
          </w:tcPr>
          <w:p w14:paraId="099F89AA" w14:textId="31F9950C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F7795B">
              <w:rPr>
                <w:b/>
                <w:sz w:val="19"/>
              </w:rPr>
              <w:t>(</w:t>
            </w:r>
            <w:proofErr w:type="gramEnd"/>
            <w:r w:rsidR="00F7795B">
              <w:rPr>
                <w:b/>
                <w:sz w:val="19"/>
              </w:rPr>
              <w:t>p.b</w:t>
            </w:r>
            <w:r w:rsidR="00452164">
              <w:rPr>
                <w:b/>
                <w:sz w:val="19"/>
              </w:rPr>
              <w:t>.</w:t>
            </w:r>
            <w:r w:rsidR="00F7795B">
              <w:rPr>
                <w:b/>
                <w:sz w:val="19"/>
              </w:rPr>
              <w:t>1)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531B79">
              <w:rPr>
                <w:sz w:val="19"/>
              </w:rPr>
              <w:t>ŠTRUDLA JABUKA</w:t>
            </w:r>
          </w:p>
        </w:tc>
        <w:tc>
          <w:tcPr>
            <w:tcW w:w="2160" w:type="dxa"/>
          </w:tcPr>
          <w:p w14:paraId="4870E904" w14:textId="4713006C" w:rsidR="001F3848" w:rsidRDefault="00C100D5" w:rsidP="00C100D5">
            <w:pPr>
              <w:spacing w:after="60"/>
            </w:pPr>
            <w:r>
              <w:t xml:space="preserve">                   </w:t>
            </w:r>
            <w:r w:rsidR="00531B79">
              <w:t>1</w:t>
            </w:r>
          </w:p>
        </w:tc>
      </w:tr>
    </w:tbl>
    <w:p w14:paraId="5F6A4DD5" w14:textId="615E0A62" w:rsidR="001F3848" w:rsidRDefault="00E475B5" w:rsidP="00324C1C">
      <w:pPr>
        <w:spacing w:before="120"/>
      </w:pPr>
      <w:r>
        <w:rPr>
          <w:rFonts w:ascii="Arial Black" w:hAnsi="Arial Black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CF78467" wp14:editId="259354E8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5699760" cy="0"/>
                <wp:effectExtent l="38100" t="38100" r="72390" b="952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2E852F" id="Straight Connector 53" o:spid="_x0000_s1026" style="position:absolute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9pt" to="448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" strokecolor="#76923c [2406]" strokeweight="2pt">
                <v:shadow on="t" color="black" opacity="24903f" origin=",.5" offset="0,.55556mm"/>
              </v:line>
            </w:pict>
          </mc:Fallback>
        </mc:AlternateContent>
      </w:r>
      <w:r w:rsidR="000268D5">
        <w:rPr>
          <w:rFonts w:ascii="Arial Black" w:hAnsi="Arial Black"/>
          <w:b/>
          <w:sz w:val="28"/>
        </w:rPr>
        <w:t>PETAK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0"/>
        <w:gridCol w:w="2160"/>
      </w:tblGrid>
      <w:tr w:rsidR="001F3848" w14:paraId="09DF1D1C" w14:textId="77777777">
        <w:tc>
          <w:tcPr>
            <w:tcW w:w="7200" w:type="dxa"/>
          </w:tcPr>
          <w:p w14:paraId="0C38BB4D" w14:textId="4C418340" w:rsidR="001F3848" w:rsidRDefault="00F7795B">
            <w:pPr>
              <w:spacing w:after="60"/>
            </w:pPr>
            <w:proofErr w:type="gramStart"/>
            <w:r>
              <w:rPr>
                <w:b/>
                <w:sz w:val="19"/>
              </w:rPr>
              <w:t>DORUČAK</w:t>
            </w:r>
            <w:r w:rsidR="004C5EAA">
              <w:rPr>
                <w:b/>
                <w:sz w:val="19"/>
              </w:rPr>
              <w:t>(</w:t>
            </w:r>
            <w:proofErr w:type="spellStart"/>
            <w:proofErr w:type="gramEnd"/>
            <w:r w:rsidR="004C5EAA">
              <w:rPr>
                <w:b/>
                <w:sz w:val="19"/>
              </w:rPr>
              <w:t>razredna</w:t>
            </w:r>
            <w:proofErr w:type="spellEnd"/>
            <w:r w:rsidR="004C5EAA">
              <w:rPr>
                <w:b/>
                <w:sz w:val="19"/>
              </w:rPr>
              <w:t>):</w:t>
            </w:r>
            <w:r w:rsidR="00531B79">
              <w:rPr>
                <w:b/>
                <w:sz w:val="19"/>
              </w:rPr>
              <w:t>ŠTRUKLI,JOGURT</w:t>
            </w:r>
            <w:r w:rsidR="00452164">
              <w:rPr>
                <w:b/>
                <w:sz w:val="19"/>
              </w:rPr>
              <w:t>,VOĆE</w:t>
            </w:r>
          </w:p>
        </w:tc>
        <w:tc>
          <w:tcPr>
            <w:tcW w:w="2160" w:type="dxa"/>
          </w:tcPr>
          <w:p w14:paraId="7776210E" w14:textId="4399AFB4" w:rsidR="001F3848" w:rsidRDefault="00452164" w:rsidP="00452164">
            <w:pPr>
              <w:spacing w:after="60"/>
              <w:jc w:val="center"/>
            </w:pPr>
            <w:r>
              <w:t>1,7</w:t>
            </w:r>
          </w:p>
        </w:tc>
      </w:tr>
      <w:tr w:rsidR="001F3848" w14:paraId="309DD148" w14:textId="77777777">
        <w:tc>
          <w:tcPr>
            <w:tcW w:w="7200" w:type="dxa"/>
          </w:tcPr>
          <w:p w14:paraId="4F6C7AEF" w14:textId="2590D921" w:rsidR="001F3848" w:rsidRDefault="004C5EAA">
            <w:pPr>
              <w:spacing w:after="60"/>
            </w:pPr>
            <w:proofErr w:type="gramStart"/>
            <w:r>
              <w:rPr>
                <w:b/>
                <w:sz w:val="19"/>
              </w:rPr>
              <w:t>RUČAK(</w:t>
            </w:r>
            <w:proofErr w:type="gramEnd"/>
            <w:r>
              <w:rPr>
                <w:b/>
                <w:sz w:val="19"/>
              </w:rPr>
              <w:t>razredna,predmetna,p.b.1</w:t>
            </w:r>
            <w:r w:rsidR="00C100D5">
              <w:rPr>
                <w:b/>
                <w:sz w:val="19"/>
              </w:rPr>
              <w:t>)</w:t>
            </w:r>
            <w:r w:rsidR="00A81D30">
              <w:rPr>
                <w:b/>
                <w:sz w:val="19"/>
              </w:rPr>
              <w:t>TJESTENINA SA TUNOM U CRV.UMAKU</w:t>
            </w:r>
            <w:r w:rsidR="00452164">
              <w:rPr>
                <w:b/>
                <w:sz w:val="19"/>
              </w:rPr>
              <w:t>,</w:t>
            </w:r>
            <w:r w:rsidR="00A81D30">
              <w:rPr>
                <w:b/>
                <w:sz w:val="19"/>
              </w:rPr>
              <w:t>SALATA,</w:t>
            </w:r>
            <w:r w:rsidR="00452164">
              <w:rPr>
                <w:b/>
                <w:sz w:val="19"/>
              </w:rPr>
              <w:t>KRUH,VOĆE</w:t>
            </w:r>
          </w:p>
        </w:tc>
        <w:tc>
          <w:tcPr>
            <w:tcW w:w="2160" w:type="dxa"/>
          </w:tcPr>
          <w:p w14:paraId="0FB512C5" w14:textId="6A0B1E51" w:rsidR="001F3848" w:rsidRDefault="00452164" w:rsidP="00452164">
            <w:pPr>
              <w:spacing w:after="60"/>
            </w:pPr>
            <w:r>
              <w:t xml:space="preserve">                1,4</w:t>
            </w:r>
          </w:p>
        </w:tc>
      </w:tr>
      <w:tr w:rsidR="001F3848" w14:paraId="42572957" w14:textId="77777777">
        <w:tc>
          <w:tcPr>
            <w:tcW w:w="7200" w:type="dxa"/>
          </w:tcPr>
          <w:p w14:paraId="31727619" w14:textId="599D8231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RUČAK</w:t>
            </w:r>
            <w:r w:rsidR="004C5EAA">
              <w:rPr>
                <w:b/>
                <w:sz w:val="19"/>
              </w:rPr>
              <w:t>(</w:t>
            </w:r>
            <w:proofErr w:type="gramEnd"/>
            <w:r w:rsidR="004C5EAA">
              <w:rPr>
                <w:b/>
                <w:sz w:val="19"/>
              </w:rPr>
              <w:t>p.b.2)</w:t>
            </w:r>
            <w:r>
              <w:rPr>
                <w:b/>
                <w:sz w:val="19"/>
              </w:rPr>
              <w:t>:</w:t>
            </w:r>
            <w:r>
              <w:rPr>
                <w:sz w:val="19"/>
              </w:rPr>
              <w:t xml:space="preserve"> </w:t>
            </w:r>
            <w:r w:rsidR="00A81D30">
              <w:rPr>
                <w:sz w:val="19"/>
              </w:rPr>
              <w:t>RIBLJI ŠTAPIĆI.KRUMPIR</w:t>
            </w:r>
            <w:r w:rsidR="00531B79">
              <w:rPr>
                <w:sz w:val="19"/>
              </w:rPr>
              <w:t>-MAHUNE</w:t>
            </w:r>
            <w:r w:rsidR="00452164">
              <w:rPr>
                <w:sz w:val="19"/>
              </w:rPr>
              <w:t>,KRUH</w:t>
            </w:r>
          </w:p>
        </w:tc>
        <w:tc>
          <w:tcPr>
            <w:tcW w:w="2160" w:type="dxa"/>
          </w:tcPr>
          <w:p w14:paraId="0F2966BD" w14:textId="0E4BA949" w:rsidR="001F3848" w:rsidRDefault="00452164" w:rsidP="00452164">
            <w:pPr>
              <w:spacing w:after="60"/>
            </w:pPr>
            <w:r>
              <w:t xml:space="preserve">                   1</w:t>
            </w:r>
            <w:r w:rsidR="00A81D30">
              <w:t>,4</w:t>
            </w:r>
          </w:p>
        </w:tc>
      </w:tr>
      <w:tr w:rsidR="001F3848" w14:paraId="0BD1A1AC" w14:textId="77777777">
        <w:tc>
          <w:tcPr>
            <w:tcW w:w="7200" w:type="dxa"/>
          </w:tcPr>
          <w:p w14:paraId="24D9CFCA" w14:textId="77748C2A" w:rsidR="001F3848" w:rsidRDefault="000268D5">
            <w:pPr>
              <w:spacing w:after="60"/>
            </w:pPr>
            <w:proofErr w:type="gramStart"/>
            <w:r>
              <w:rPr>
                <w:b/>
                <w:sz w:val="19"/>
              </w:rPr>
              <w:t>UŽINA</w:t>
            </w:r>
            <w:r w:rsidR="00452164">
              <w:rPr>
                <w:b/>
                <w:sz w:val="19"/>
              </w:rPr>
              <w:t>(</w:t>
            </w:r>
            <w:proofErr w:type="gramEnd"/>
            <w:r w:rsidR="00452164">
              <w:rPr>
                <w:b/>
                <w:sz w:val="19"/>
              </w:rPr>
              <w:t>p.b.1)</w:t>
            </w:r>
            <w:r>
              <w:rPr>
                <w:b/>
                <w:sz w:val="19"/>
              </w:rPr>
              <w:t>:</w:t>
            </w:r>
            <w:r w:rsidR="00531B79">
              <w:rPr>
                <w:b/>
                <w:sz w:val="19"/>
              </w:rPr>
              <w:t>MAFIN ČOK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2160" w:type="dxa"/>
          </w:tcPr>
          <w:p w14:paraId="53054269" w14:textId="16158327" w:rsidR="001F3848" w:rsidRDefault="001D2440" w:rsidP="001D2440">
            <w:pPr>
              <w:spacing w:after="60"/>
              <w:jc w:val="center"/>
            </w:pPr>
            <w:r>
              <w:t>1,3</w:t>
            </w:r>
          </w:p>
        </w:tc>
      </w:tr>
    </w:tbl>
    <w:p w14:paraId="569943EE" w14:textId="6108E042" w:rsidR="001F3848" w:rsidRDefault="00C53E42">
      <w:pPr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71625407" wp14:editId="0614B66D">
            <wp:simplePos x="0" y="0"/>
            <wp:positionH relativeFrom="column">
              <wp:posOffset>3280735</wp:posOffset>
            </wp:positionH>
            <wp:positionV relativeFrom="paragraph">
              <wp:posOffset>213995</wp:posOffset>
            </wp:positionV>
            <wp:extent cx="541020" cy="541020"/>
            <wp:effectExtent l="0" t="0" r="0" b="0"/>
            <wp:wrapNone/>
            <wp:docPr id="20" name="Picture 20" descr="Peanut Line Art Stock Illustrations – 1,419 Peanut Line Art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anut Line Art Stock Illustrations – 1,419 Peanut Line Art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1" locked="0" layoutInCell="1" allowOverlap="1" wp14:anchorId="160297D5" wp14:editId="07722433">
            <wp:simplePos x="0" y="0"/>
            <wp:positionH relativeFrom="column">
              <wp:posOffset>4267591</wp:posOffset>
            </wp:positionH>
            <wp:positionV relativeFrom="paragraph">
              <wp:posOffset>190500</wp:posOffset>
            </wp:positionV>
            <wp:extent cx="358140" cy="357260"/>
            <wp:effectExtent l="0" t="0" r="0" b="5080"/>
            <wp:wrapNone/>
            <wp:docPr id="22" name="Picture 22" descr="Isolated ripe soybeans pod with green leaf 12851082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solated ripe soybeans pod with green leaf 12851082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F0EB3E1" wp14:editId="08296952">
                <wp:simplePos x="0" y="0"/>
                <wp:positionH relativeFrom="column">
                  <wp:posOffset>4229100</wp:posOffset>
                </wp:positionH>
                <wp:positionV relativeFrom="paragraph">
                  <wp:posOffset>193675</wp:posOffset>
                </wp:positionV>
                <wp:extent cx="396240" cy="373380"/>
                <wp:effectExtent l="0" t="0" r="22860" b="2667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4BB77" id="Oval 15" o:spid="_x0000_s1026" style="position:absolute;margin-left:333pt;margin-top:15.25pt;width:31.2pt;height:29.4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" filled="f" strokecolor="#00b050" strokeweight="1.5pt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48320" behindDoc="0" locked="0" layoutInCell="1" allowOverlap="1" wp14:anchorId="374DD14C" wp14:editId="79CA7E3A">
                <wp:simplePos x="0" y="0"/>
                <wp:positionH relativeFrom="column">
                  <wp:posOffset>3345180</wp:posOffset>
                </wp:positionH>
                <wp:positionV relativeFrom="paragraph">
                  <wp:posOffset>230505</wp:posOffset>
                </wp:positionV>
                <wp:extent cx="396240" cy="373380"/>
                <wp:effectExtent l="0" t="0" r="22860" b="2667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28ECDC" id="Oval 13" o:spid="_x0000_s1026" style="position:absolute;margin-left:263.4pt;margin-top:18.15pt;width:31.2pt;height:29.4pt;z-index: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" filled="f" strokecolor="#974706 [1609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7374D44F" wp14:editId="5582F812">
            <wp:simplePos x="0" y="0"/>
            <wp:positionH relativeFrom="column">
              <wp:posOffset>2560320</wp:posOffset>
            </wp:positionH>
            <wp:positionV relativeFrom="paragraph">
              <wp:posOffset>213995</wp:posOffset>
            </wp:positionV>
            <wp:extent cx="358140" cy="358140"/>
            <wp:effectExtent l="0" t="0" r="3810" b="0"/>
            <wp:wrapNone/>
            <wp:docPr id="18" name="Picture 18" descr="Fish in Marine Blue Line Art Style. Hand Drawn Nautical Icon. Outline Vector  Isolated Illustration. Stock Vector - Illustration of fish, food: 39588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sh in Marine Blue Line Art Style. Hand Drawn Nautical Icon. Outline Vector  Isolated Illustration. Stock Vector - Illustration of fish, food: 3958870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8875" r="92375">
                                  <a14:foregroundMark x1="8875" y1="33625" x2="8875" y2="33625"/>
                                  <a14:foregroundMark x1="40250" y1="46625" x2="40250" y2="46625"/>
                                  <a14:foregroundMark x1="47250" y1="46000" x2="47250" y2="46000"/>
                                  <a14:foregroundMark x1="56125" y1="45500" x2="56125" y2="45500"/>
                                  <a14:foregroundMark x1="76000" y1="46750" x2="76000" y2="46750"/>
                                  <a14:foregroundMark x1="92375" y1="53000" x2="92375" y2="53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90976" behindDoc="0" locked="0" layoutInCell="1" allowOverlap="1" wp14:anchorId="50BAD6E1" wp14:editId="6AD4D330">
                <wp:simplePos x="0" y="0"/>
                <wp:positionH relativeFrom="column">
                  <wp:posOffset>2529840</wp:posOffset>
                </wp:positionH>
                <wp:positionV relativeFrom="paragraph">
                  <wp:posOffset>213995</wp:posOffset>
                </wp:positionV>
                <wp:extent cx="396240" cy="373380"/>
                <wp:effectExtent l="0" t="0" r="22860" b="2667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7B118" id="Oval 12" o:spid="_x0000_s1026" style="position:absolute;margin-left:199.2pt;margin-top:16.85pt;width:31.2pt;height:29.4pt;z-index: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" filled="f" strokecolor="#00b0f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1" locked="0" layoutInCell="1" allowOverlap="1" wp14:anchorId="5BA52E2B" wp14:editId="1407B72C">
            <wp:simplePos x="0" y="0"/>
            <wp:positionH relativeFrom="column">
              <wp:posOffset>5204460</wp:posOffset>
            </wp:positionH>
            <wp:positionV relativeFrom="paragraph">
              <wp:posOffset>194945</wp:posOffset>
            </wp:positionV>
            <wp:extent cx="297180" cy="297180"/>
            <wp:effectExtent l="0" t="0" r="0" b="7620"/>
            <wp:wrapNone/>
            <wp:docPr id="24" name="Picture 24" descr="Milk - Free food and restaurant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ilk - Free food and restaurant icon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6A5">
        <w:rPr>
          <w:noProof/>
        </w:rPr>
        <w:drawing>
          <wp:anchor distT="0" distB="0" distL="114300" distR="114300" simplePos="0" relativeHeight="251577344" behindDoc="1" locked="0" layoutInCell="1" allowOverlap="1" wp14:anchorId="281AAF70" wp14:editId="5B33E301">
            <wp:simplePos x="0" y="0"/>
            <wp:positionH relativeFrom="column">
              <wp:posOffset>1905000</wp:posOffset>
            </wp:positionH>
            <wp:positionV relativeFrom="paragraph">
              <wp:posOffset>282575</wp:posOffset>
            </wp:positionV>
            <wp:extent cx="167640" cy="224790"/>
            <wp:effectExtent l="0" t="0" r="3810" b="3810"/>
            <wp:wrapNone/>
            <wp:docPr id="16" name="Picture 16" descr="Plain Easter Eggs Clip Art - Egg Shape Outline - (1182x1586) Png Clipart 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in Easter Eggs Clip Art - Egg Shape Outline - (1182x1586) Png Clipart  Downloa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noProof/>
        </w:rPr>
        <w:drawing>
          <wp:anchor distT="0" distB="0" distL="114300" distR="114300" simplePos="0" relativeHeight="251241472" behindDoc="1" locked="0" layoutInCell="1" allowOverlap="1" wp14:anchorId="202DA6C1" wp14:editId="1DF81EEF">
            <wp:simplePos x="0" y="0"/>
            <wp:positionH relativeFrom="column">
              <wp:posOffset>852538</wp:posOffset>
            </wp:positionH>
            <wp:positionV relativeFrom="paragraph">
              <wp:posOffset>271145</wp:posOffset>
            </wp:positionV>
            <wp:extent cx="385472" cy="273966"/>
            <wp:effectExtent l="0" t="0" r="0" b="0"/>
            <wp:wrapNone/>
            <wp:docPr id="9" name="Picture 9" descr="4,000+ Crab Line Ar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,000+ Crab Line Art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8301" b="79303" l="17974" r="82190">
                                  <a14:foregroundMark x1="32516" y1="20479" x2="32516" y2="20479"/>
                                  <a14:foregroundMark x1="61275" y1="76471" x2="61275" y2="76471"/>
                                  <a14:foregroundMark x1="82026" y1="46623" x2="82026" y2="46623"/>
                                  <a14:foregroundMark x1="75163" y1="78431" x2="75163" y2="78431"/>
                                  <a14:foregroundMark x1="82190" y1="68845" x2="82190" y2="68845"/>
                                  <a14:foregroundMark x1="39052" y1="18301" x2="39052" y2="18301"/>
                                  <a14:foregroundMark x1="18627" y1="46187" x2="18627" y2="46187"/>
                                  <a14:foregroundMark x1="18137" y1="64706" x2="18137" y2="64706"/>
                                  <a14:foregroundMark x1="23856" y1="79085" x2="23856" y2="79085"/>
                                  <a14:foregroundMark x1="42974" y1="79303" x2="42974" y2="793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39" t="16341" r="15194" b="17762"/>
                    <a:stretch/>
                  </pic:blipFill>
                  <pic:spPr bwMode="auto">
                    <a:xfrm>
                      <a:off x="0" y="0"/>
                      <a:ext cx="385472" cy="27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201536" behindDoc="0" locked="0" layoutInCell="1" allowOverlap="1" wp14:anchorId="4A3BD372" wp14:editId="6964F35E">
                <wp:simplePos x="0" y="0"/>
                <wp:positionH relativeFrom="column">
                  <wp:posOffset>835025</wp:posOffset>
                </wp:positionH>
                <wp:positionV relativeFrom="paragraph">
                  <wp:posOffset>240030</wp:posOffset>
                </wp:positionV>
                <wp:extent cx="396240" cy="373380"/>
                <wp:effectExtent l="0" t="0" r="22860" b="2667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501C45" id="Oval 8" o:spid="_x0000_s1026" style="position:absolute;margin-left:65.75pt;margin-top:18.9pt;width:31.2pt;height:29.4pt;z-index:25120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" filled="f" strokecolor="#4f81bd [3204]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331584" behindDoc="0" locked="0" layoutInCell="1" allowOverlap="1" wp14:anchorId="765F5D3B" wp14:editId="3FCEE45B">
                <wp:simplePos x="0" y="0"/>
                <wp:positionH relativeFrom="column">
                  <wp:posOffset>1783080</wp:posOffset>
                </wp:positionH>
                <wp:positionV relativeFrom="paragraph">
                  <wp:posOffset>209550</wp:posOffset>
                </wp:positionV>
                <wp:extent cx="396240" cy="373380"/>
                <wp:effectExtent l="0" t="0" r="22860" b="2667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1D03" id="Oval 11" o:spid="_x0000_s1026" style="position:absolute;margin-left:140.4pt;margin-top:16.5pt;width:31.2pt;height:29.4pt;z-index: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" filled="f" strokecolor="#ffc000" strokeweight="1.5pt"/>
            </w:pict>
          </mc:Fallback>
        </mc:AlternateContent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746F00D0" wp14:editId="6181C4E7">
                <wp:simplePos x="0" y="0"/>
                <wp:positionH relativeFrom="column">
                  <wp:posOffset>5158740</wp:posOffset>
                </wp:positionH>
                <wp:positionV relativeFrom="paragraph">
                  <wp:posOffset>175895</wp:posOffset>
                </wp:positionV>
                <wp:extent cx="396240" cy="373380"/>
                <wp:effectExtent l="0" t="0" r="22860" b="2667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A76D62" id="Oval 14" o:spid="_x0000_s1026" style="position:absolute;margin-left:406.2pt;margin-top:13.85pt;width:31.2pt;height:29.4pt;z-index: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" filled="f" strokecolor="#0070c0" strokeweight="1.5pt"/>
            </w:pict>
          </mc:Fallback>
        </mc:AlternateContent>
      </w:r>
      <w:r w:rsidR="008D0AA9">
        <w:rPr>
          <w:noProof/>
        </w:rPr>
        <w:drawing>
          <wp:anchor distT="0" distB="0" distL="114300" distR="114300" simplePos="0" relativeHeight="251112448" behindDoc="1" locked="0" layoutInCell="1" allowOverlap="1" wp14:anchorId="255F9BFB" wp14:editId="440E4241">
            <wp:simplePos x="0" y="0"/>
            <wp:positionH relativeFrom="column">
              <wp:posOffset>142875</wp:posOffset>
            </wp:positionH>
            <wp:positionV relativeFrom="paragraph">
              <wp:posOffset>232410</wp:posOffset>
            </wp:positionV>
            <wp:extent cx="124434" cy="320040"/>
            <wp:effectExtent l="0" t="0" r="9525" b="3810"/>
            <wp:wrapNone/>
            <wp:docPr id="6" name="Picture 6" descr="Wheat Set Stock Illustrations – 63,558 Wheat Set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eat Set Stock Illustrations – 63,558 Wheat Set Stock Illustrations, 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28375" b="77375" l="10125" r="28125">
                                  <a14:foregroundMark x1="12625" y1="55000" x2="12625" y2="55000"/>
                                  <a14:foregroundMark x1="24375" y1="56250" x2="24375" y2="56250"/>
                                  <a14:foregroundMark x1="24125" y1="47750" x2="24125" y2="47750"/>
                                  <a14:foregroundMark x1="12875" y1="45875" x2="12875" y2="45875"/>
                                  <a14:foregroundMark x1="13875" y1="39625" x2="13875" y2="39625"/>
                                  <a14:foregroundMark x1="18125" y1="32875" x2="18125" y2="32875"/>
                                  <a14:foregroundMark x1="23250" y1="39000" x2="23250" y2="39000"/>
                                  <a14:foregroundMark x1="10125" y1="61125" x2="10125" y2="61125"/>
                                  <a14:foregroundMark x1="18750" y1="77375" x2="18750" y2="7737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693" r="69487" b="20256"/>
                    <a:stretch/>
                  </pic:blipFill>
                  <pic:spPr bwMode="auto">
                    <a:xfrm>
                      <a:off x="0" y="0"/>
                      <a:ext cx="124434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AA9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076608" behindDoc="0" locked="0" layoutInCell="1" allowOverlap="1" wp14:anchorId="140B4CDD" wp14:editId="75F97E58">
                <wp:simplePos x="0" y="0"/>
                <wp:positionH relativeFrom="column">
                  <wp:posOffset>1905</wp:posOffset>
                </wp:positionH>
                <wp:positionV relativeFrom="paragraph">
                  <wp:posOffset>232410</wp:posOffset>
                </wp:positionV>
                <wp:extent cx="396240" cy="373380"/>
                <wp:effectExtent l="0" t="0" r="22860" b="266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7AC3B8" id="Oval 5" o:spid="_x0000_s1026" style="position:absolute;margin-left:.15pt;margin-top:18.3pt;width:31.2pt;height:29.4pt;z-index:25107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" filled="f" strokecolor="#f79646 [3209]" strokeweight="1.5pt"/>
            </w:pict>
          </mc:Fallback>
        </mc:AlternateContent>
      </w:r>
      <w:r w:rsidR="000268D5">
        <w:rPr>
          <w:b/>
          <w:sz w:val="20"/>
        </w:rPr>
        <w:t>LEGENDA ALERGENA:</w:t>
      </w:r>
    </w:p>
    <w:p w14:paraId="345E3B05" w14:textId="4C2F8D23" w:rsidR="005409D1" w:rsidRDefault="00C53E42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3808D6" wp14:editId="407CBD35">
                <wp:simplePos x="0" y="0"/>
                <wp:positionH relativeFrom="column">
                  <wp:posOffset>4427220</wp:posOffset>
                </wp:positionH>
                <wp:positionV relativeFrom="paragraph">
                  <wp:posOffset>215900</wp:posOffset>
                </wp:positionV>
                <wp:extent cx="1821180" cy="65532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9CA7E" w14:textId="55FD89A7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Mlijeko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mliječni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808D6" id="Rectangle 25" o:spid="_x0000_s1026" style="position:absolute;margin-left:348.6pt;margin-top:17pt;width:143.4pt;height:51.6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" filled="f" stroked="f">
                <v:textbox>
                  <w:txbxContent>
                    <w:p w14:paraId="3FD9CA7E" w14:textId="55FD89A7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7. </w:t>
                      </w:r>
                      <w:proofErr w:type="spellStart"/>
                      <w:r>
                        <w:rPr>
                          <w:sz w:val="17"/>
                        </w:rPr>
                        <w:t>Mlijeko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mliječni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5BD0AE9" wp14:editId="012FD276">
                <wp:simplePos x="0" y="0"/>
                <wp:positionH relativeFrom="column">
                  <wp:posOffset>3489960</wp:posOffset>
                </wp:positionH>
                <wp:positionV relativeFrom="paragraph">
                  <wp:posOffset>231140</wp:posOffset>
                </wp:positionV>
                <wp:extent cx="1821180" cy="65532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7BC07" w14:textId="4947D6B6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6.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Zrno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D0AE9" id="Rectangle 23" o:spid="_x0000_s1027" style="position:absolute;margin-left:274.8pt;margin-top:18.2pt;width:143.4pt;height:5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" filled="f" stroked="f">
                <v:textbox>
                  <w:txbxContent>
                    <w:p w14:paraId="33D7BC07" w14:textId="4947D6B6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6. </w:t>
                      </w:r>
                      <w:proofErr w:type="spellStart"/>
                      <w:r>
                        <w:rPr>
                          <w:sz w:val="17"/>
                        </w:rPr>
                        <w:t>Zrno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soje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9B2FF3A" wp14:editId="205CBE66">
                <wp:simplePos x="0" y="0"/>
                <wp:positionH relativeFrom="column">
                  <wp:posOffset>2613660</wp:posOffset>
                </wp:positionH>
                <wp:positionV relativeFrom="paragraph">
                  <wp:posOffset>238760</wp:posOffset>
                </wp:positionV>
                <wp:extent cx="1821180" cy="65532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3F9AF" w14:textId="22085C90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kikirikija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2FF3A" id="Rectangle 21" o:spid="_x0000_s1028" style="position:absolute;margin-left:205.8pt;margin-top:18.8pt;width:143.4pt;height:5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" filled="f" stroked="f">
                <v:textbox>
                  <w:txbxContent>
                    <w:p w14:paraId="0443F9AF" w14:textId="22085C90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5. </w:t>
                      </w:r>
                      <w:proofErr w:type="spellStart"/>
                      <w:r>
                        <w:rPr>
                          <w:sz w:val="17"/>
                        </w:rPr>
                        <w:t>Kikiriki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kikirikija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EC5094" wp14:editId="333770F0">
                <wp:simplePos x="0" y="0"/>
                <wp:positionH relativeFrom="column">
                  <wp:posOffset>1783080</wp:posOffset>
                </wp:positionH>
                <wp:positionV relativeFrom="paragraph">
                  <wp:posOffset>237490</wp:posOffset>
                </wp:positionV>
                <wp:extent cx="1821180" cy="65532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455C3" w14:textId="7717CCF4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Riba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C5094" id="Rectangle 19" o:spid="_x0000_s1029" style="position:absolute;margin-left:140.4pt;margin-top:18.7pt;width:143.4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" filled="f" stroked="f">
                <v:textbox>
                  <w:txbxContent>
                    <w:p w14:paraId="725455C3" w14:textId="7717CCF4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4. </w:t>
                      </w:r>
                      <w:proofErr w:type="spellStart"/>
                      <w:r>
                        <w:rPr>
                          <w:sz w:val="17"/>
                        </w:rPr>
                        <w:t>Riba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FD88EB9" wp14:editId="511F0D30">
                <wp:simplePos x="0" y="0"/>
                <wp:positionH relativeFrom="column">
                  <wp:posOffset>1059180</wp:posOffset>
                </wp:positionH>
                <wp:positionV relativeFrom="paragraph">
                  <wp:posOffset>254000</wp:posOffset>
                </wp:positionV>
                <wp:extent cx="1821180" cy="65532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71B0" w14:textId="4E46B86F" w:rsidR="00BC36A5" w:rsidRDefault="00BC36A5" w:rsidP="00BC36A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jaja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8EB9" id="Rectangle 17" o:spid="_x0000_s1030" style="position:absolute;margin-left:83.4pt;margin-top:20pt;width:143.4pt;height:51.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nh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" filled="f" stroked="f">
                <v:textbox>
                  <w:txbxContent>
                    <w:p w14:paraId="653071B0" w14:textId="4E46B86F" w:rsidR="00BC36A5" w:rsidRDefault="00BC36A5" w:rsidP="00BC36A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3.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od </w:t>
                      </w:r>
                      <w:proofErr w:type="spellStart"/>
                      <w:r>
                        <w:rPr>
                          <w:sz w:val="17"/>
                        </w:rPr>
                        <w:t>jaja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C36A5">
        <w:rPr>
          <w:noProof/>
        </w:rPr>
        <mc:AlternateContent>
          <mc:Choice Requires="wps">
            <w:drawing>
              <wp:anchor distT="0" distB="0" distL="114300" distR="114300" simplePos="0" relativeHeight="251276288" behindDoc="0" locked="0" layoutInCell="1" allowOverlap="1" wp14:anchorId="10F8D4D4" wp14:editId="7610495F">
                <wp:simplePos x="0" y="0"/>
                <wp:positionH relativeFrom="column">
                  <wp:posOffset>213360</wp:posOffset>
                </wp:positionH>
                <wp:positionV relativeFrom="paragraph">
                  <wp:posOffset>257175</wp:posOffset>
                </wp:positionV>
                <wp:extent cx="1821180" cy="65532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09CBC" w14:textId="02B4F24C" w:rsidR="008D0AA9" w:rsidRDefault="008D0AA9" w:rsidP="008D0AA9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>od</w:t>
                            </w:r>
                            <w:r w:rsidRPr="005409D1"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rakova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8D4D4" id="Rectangle 10" o:spid="_x0000_s1031" style="position:absolute;margin-left:16.8pt;margin-top:20.25pt;width:143.4pt;height:51.6pt;z-index: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" filled="f" stroked="f">
                <v:textbox>
                  <w:txbxContent>
                    <w:p w14:paraId="0F109CBC" w14:textId="02B4F24C" w:rsidR="008D0AA9" w:rsidRDefault="008D0AA9" w:rsidP="008D0AA9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2. </w:t>
                      </w:r>
                      <w:proofErr w:type="spellStart"/>
                      <w:r>
                        <w:rPr>
                          <w:sz w:val="17"/>
                        </w:rPr>
                        <w:t>Rakovi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>od</w:t>
                      </w:r>
                      <w:r w:rsidRPr="005409D1"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rakova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8D0AA9">
        <w:rPr>
          <w:noProof/>
        </w:rPr>
        <mc:AlternateContent>
          <mc:Choice Requires="wps">
            <w:drawing>
              <wp:anchor distT="0" distB="0" distL="114300" distR="114300" simplePos="0" relativeHeight="251145216" behindDoc="0" locked="0" layoutInCell="1" allowOverlap="1" wp14:anchorId="1FBBE7BA" wp14:editId="0CD15219">
                <wp:simplePos x="0" y="0"/>
                <wp:positionH relativeFrom="column">
                  <wp:posOffset>-647700</wp:posOffset>
                </wp:positionH>
                <wp:positionV relativeFrom="paragraph">
                  <wp:posOffset>333375</wp:posOffset>
                </wp:positionV>
                <wp:extent cx="1676400" cy="411480"/>
                <wp:effectExtent l="0" t="0" r="0" b="762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B91800" w14:textId="253E5075" w:rsidR="005409D1" w:rsidRDefault="005409D1" w:rsidP="005409D1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Žitarice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koje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8D0AA9"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sadrže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gluten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BE7BA" id="Rectangle 7" o:spid="_x0000_s1032" style="position:absolute;margin-left:-51pt;margin-top:26.25pt;width:132pt;height:32.4pt;z-index:25114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" filled="f" stroked="f">
                <v:textbox>
                  <w:txbxContent>
                    <w:p w14:paraId="18B91800" w14:textId="253E5075" w:rsidR="005409D1" w:rsidRDefault="005409D1" w:rsidP="005409D1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1. </w:t>
                      </w:r>
                      <w:proofErr w:type="spellStart"/>
                      <w:r>
                        <w:rPr>
                          <w:sz w:val="17"/>
                        </w:rPr>
                        <w:t>Žitarice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koje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 w:rsidR="008D0AA9"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sadrže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gluten  </w:t>
                      </w:r>
                    </w:p>
                  </w:txbxContent>
                </v:textbox>
              </v:rect>
            </w:pict>
          </mc:Fallback>
        </mc:AlternateContent>
      </w:r>
    </w:p>
    <w:p w14:paraId="27667191" w14:textId="02A00911" w:rsidR="005409D1" w:rsidRDefault="005409D1"/>
    <w:p w14:paraId="5CCE1824" w14:textId="72783079" w:rsidR="008D0AA9" w:rsidRDefault="00E475B5">
      <w:pPr>
        <w:spacing w:line="312" w:lineRule="auto"/>
        <w:rPr>
          <w:sz w:val="17"/>
        </w:rPr>
      </w:pPr>
      <w:r>
        <w:rPr>
          <w:noProof/>
        </w:rPr>
        <w:drawing>
          <wp:anchor distT="0" distB="0" distL="114300" distR="114300" simplePos="0" relativeHeight="252317696" behindDoc="1" locked="0" layoutInCell="1" allowOverlap="1" wp14:anchorId="7B431C89" wp14:editId="360F2E8A">
            <wp:simplePos x="0" y="0"/>
            <wp:positionH relativeFrom="column">
              <wp:posOffset>5110163</wp:posOffset>
            </wp:positionH>
            <wp:positionV relativeFrom="paragraph">
              <wp:posOffset>180340</wp:posOffset>
            </wp:positionV>
            <wp:extent cx="457200" cy="378746"/>
            <wp:effectExtent l="0" t="0" r="0" b="0"/>
            <wp:wrapNone/>
            <wp:docPr id="47" name="Picture 47" descr="Red Seashell Simple Nautical Souvenir Vector Stock Vector (Royalty Free)  1935221645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Red Seashell Simple Nautical Souvenir Vector Stock Vector (Royalty Free)  1935221645 | Shutterstoc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F5BD312" wp14:editId="715A2FDE">
                <wp:simplePos x="0" y="0"/>
                <wp:positionH relativeFrom="column">
                  <wp:posOffset>5146040</wp:posOffset>
                </wp:positionH>
                <wp:positionV relativeFrom="paragraph">
                  <wp:posOffset>161607</wp:posOffset>
                </wp:positionV>
                <wp:extent cx="396240" cy="373380"/>
                <wp:effectExtent l="0" t="0" r="22860" b="266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ACF459" id="Oval 32" o:spid="_x0000_s1026" style="position:absolute;margin-left:405.2pt;margin-top:12.7pt;width:31.2pt;height:29.4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" filled="f" strokecolor="#c0000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3360" behindDoc="1" locked="0" layoutInCell="1" allowOverlap="1" wp14:anchorId="789A52D0" wp14:editId="59DB320B">
            <wp:simplePos x="0" y="0"/>
            <wp:positionH relativeFrom="column">
              <wp:posOffset>4372927</wp:posOffset>
            </wp:positionH>
            <wp:positionV relativeFrom="paragraph">
              <wp:posOffset>228917</wp:posOffset>
            </wp:positionV>
            <wp:extent cx="252412" cy="252412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noProof/>
        </w:rPr>
        <w:drawing>
          <wp:anchor distT="0" distB="0" distL="114300" distR="114300" simplePos="0" relativeHeight="252279808" behindDoc="1" locked="0" layoutInCell="1" allowOverlap="1" wp14:anchorId="7933B71C" wp14:editId="736A5775">
            <wp:simplePos x="0" y="0"/>
            <wp:positionH relativeFrom="column">
              <wp:posOffset>3585845</wp:posOffset>
            </wp:positionH>
            <wp:positionV relativeFrom="paragraph">
              <wp:posOffset>121285</wp:posOffset>
            </wp:positionV>
            <wp:extent cx="400050" cy="400050"/>
            <wp:effectExtent l="0" t="0" r="0" b="0"/>
            <wp:wrapNone/>
            <wp:docPr id="42" name="Picture 42" descr="Purple Erlenmeyer Flask with Liquid and Bubbles Scientific Chemistry  Laboratory Icon Stock Illustration - Illustration of education, science:  411669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urple Erlenmeyer Flask with Liquid and Bubbles Scientific Chemistry  Laboratory Icon Stock Illustration - Illustration of education, science:  4116698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10000" b="90000" l="10000" r="90000">
                                  <a14:foregroundMark x1="54125" y1="75250" x2="54125" y2="75250"/>
                                  <a14:foregroundMark x1="50875" y1="15750" x2="50875" y2="15750"/>
                                  <a14:foregroundMark x1="71000" y1="72750" x2="71000" y2="72750"/>
                                  <a14:foregroundMark x1="72750" y1="83125" x2="72750" y2="83125"/>
                                  <a14:foregroundMark x1="31250" y1="69250" x2="31250" y2="692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F542110" wp14:editId="2F41965C">
                <wp:simplePos x="0" y="0"/>
                <wp:positionH relativeFrom="column">
                  <wp:posOffset>3583622</wp:posOffset>
                </wp:positionH>
                <wp:positionV relativeFrom="paragraph">
                  <wp:posOffset>148273</wp:posOffset>
                </wp:positionV>
                <wp:extent cx="396240" cy="373380"/>
                <wp:effectExtent l="0" t="0" r="22860" b="266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EDE79F7" id="Oval 30" o:spid="_x0000_s1026" style="position:absolute;margin-left:282.15pt;margin-top:11.7pt;width:31.2pt;height:29.4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" filled="f" strokecolor="#7030a0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49088" behindDoc="1" locked="0" layoutInCell="1" allowOverlap="1" wp14:anchorId="6BBED592" wp14:editId="3B74CE12">
            <wp:simplePos x="0" y="0"/>
            <wp:positionH relativeFrom="column">
              <wp:posOffset>2680970</wp:posOffset>
            </wp:positionH>
            <wp:positionV relativeFrom="paragraph">
              <wp:posOffset>126683</wp:posOffset>
            </wp:positionV>
            <wp:extent cx="462915" cy="462915"/>
            <wp:effectExtent l="0" t="0" r="0" b="0"/>
            <wp:wrapNone/>
            <wp:docPr id="40" name="Picture 40" descr="Sesame seeds Vectors - Download Free High-Quality Vector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esame seeds Vectors - Download Free High-Quality Vector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5CDE9F" wp14:editId="45068053">
                <wp:simplePos x="0" y="0"/>
                <wp:positionH relativeFrom="column">
                  <wp:posOffset>2707005</wp:posOffset>
                </wp:positionH>
                <wp:positionV relativeFrom="paragraph">
                  <wp:posOffset>157797</wp:posOffset>
                </wp:positionV>
                <wp:extent cx="396240" cy="373380"/>
                <wp:effectExtent l="0" t="0" r="22860" b="266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E2813D" id="Oval 29" o:spid="_x0000_s1026" style="position:absolute;margin-left:213.15pt;margin-top:12.4pt;width:31.2pt;height:29.4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" filled="f" strokecolor="#e36c0a [2409]" strokeweight="1.5pt"/>
            </w:pict>
          </mc:Fallback>
        </mc:AlternateContent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AE03405" wp14:editId="7D836693">
                <wp:simplePos x="0" y="0"/>
                <wp:positionH relativeFrom="column">
                  <wp:posOffset>4295140</wp:posOffset>
                </wp:positionH>
                <wp:positionV relativeFrom="paragraph">
                  <wp:posOffset>172402</wp:posOffset>
                </wp:positionV>
                <wp:extent cx="396240" cy="373380"/>
                <wp:effectExtent l="0" t="0" r="22860" b="266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9A27F" id="Oval 31" o:spid="_x0000_s1026" style="position:absolute;margin-left:338.2pt;margin-top:13.55pt;width:31.2pt;height:29.4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" filled="f" strokecolor="#b2a1c7 [1943]" strokeweight="1.5pt"/>
            </w:pict>
          </mc:Fallback>
        </mc:AlternateContent>
      </w:r>
      <w:r w:rsidR="009672A3">
        <w:rPr>
          <w:noProof/>
        </w:rPr>
        <w:drawing>
          <wp:anchor distT="0" distB="0" distL="114300" distR="114300" simplePos="0" relativeHeight="252200960" behindDoc="1" locked="0" layoutInCell="1" allowOverlap="1" wp14:anchorId="30D11502" wp14:editId="617667A0">
            <wp:simplePos x="0" y="0"/>
            <wp:positionH relativeFrom="column">
              <wp:posOffset>1875790</wp:posOffset>
            </wp:positionH>
            <wp:positionV relativeFrom="paragraph">
              <wp:posOffset>195580</wp:posOffset>
            </wp:positionV>
            <wp:extent cx="144821" cy="274090"/>
            <wp:effectExtent l="0" t="0" r="7620" b="0"/>
            <wp:wrapNone/>
            <wp:docPr id="38" name="Picture 38" descr="Food Clip Art - Mustard Clipart - (900x1539) Png Clip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 Clip Art - Mustard Clipart - (900x1539) Png Clipart Downloa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1" cy="2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A3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907B47E" wp14:editId="7BDF6D0C">
                <wp:simplePos x="0" y="0"/>
                <wp:positionH relativeFrom="column">
                  <wp:posOffset>1755457</wp:posOffset>
                </wp:positionH>
                <wp:positionV relativeFrom="paragraph">
                  <wp:posOffset>164465</wp:posOffset>
                </wp:positionV>
                <wp:extent cx="396240" cy="373380"/>
                <wp:effectExtent l="0" t="0" r="22860" b="266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FF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C92C7D" id="Oval 28" o:spid="_x0000_s1026" style="position:absolute;margin-left:138.2pt;margin-top:12.95pt;width:31.2pt;height:2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" filled="f" strokecolor="yellow" strokeweight="1.5pt"/>
            </w:pict>
          </mc:Fallback>
        </mc:AlternateContent>
      </w:r>
      <w:r w:rsidR="00C53E42">
        <w:rPr>
          <w:noProof/>
        </w:rPr>
        <w:drawing>
          <wp:anchor distT="0" distB="0" distL="114300" distR="114300" simplePos="0" relativeHeight="252162048" behindDoc="1" locked="0" layoutInCell="1" allowOverlap="1" wp14:anchorId="1243810C" wp14:editId="4CDD4F82">
            <wp:simplePos x="0" y="0"/>
            <wp:positionH relativeFrom="column">
              <wp:posOffset>898796</wp:posOffset>
            </wp:positionH>
            <wp:positionV relativeFrom="paragraph">
              <wp:posOffset>173947</wp:posOffset>
            </wp:positionV>
            <wp:extent cx="177074" cy="360756"/>
            <wp:effectExtent l="0" t="0" r="0" b="1270"/>
            <wp:wrapNone/>
            <wp:docPr id="35" name="Picture 35" descr="Celery Green Organic Photos Free Download PNG HQ Transparent HQ PNG  Download | FreePN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elery Green Organic Photos Free Download PNG HQ Transparent HQ PNG  Download | FreePNGim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04" b="33480"/>
                    <a:stretch/>
                  </pic:blipFill>
                  <pic:spPr bwMode="auto">
                    <a:xfrm>
                      <a:off x="0" y="0"/>
                      <a:ext cx="177074" cy="3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noProof/>
        </w:rPr>
        <w:drawing>
          <wp:anchor distT="0" distB="0" distL="114300" distR="114300" simplePos="0" relativeHeight="252101632" behindDoc="1" locked="0" layoutInCell="1" allowOverlap="1" wp14:anchorId="4E7E38DD" wp14:editId="18D6DFD1">
            <wp:simplePos x="0" y="0"/>
            <wp:positionH relativeFrom="column">
              <wp:posOffset>572</wp:posOffset>
            </wp:positionH>
            <wp:positionV relativeFrom="paragraph">
              <wp:posOffset>183643</wp:posOffset>
            </wp:positionV>
            <wp:extent cx="379562" cy="379562"/>
            <wp:effectExtent l="0" t="0" r="1905" b="0"/>
            <wp:wrapNone/>
            <wp:docPr id="33" name="Picture 33" descr="Walnut Clip Art Transparent, Walnut Clip Art, Walnut, Walnut Nut PNG  Transparent Image and Clipart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lnut Clip Art Transparent, Walnut Clip Art, Walnut, Walnut Nut PNG  Transparent Image and Clipart for Free Downloa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" cy="37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C57E535" wp14:editId="4529F774">
                <wp:simplePos x="0" y="0"/>
                <wp:positionH relativeFrom="column">
                  <wp:posOffset>800100</wp:posOffset>
                </wp:positionH>
                <wp:positionV relativeFrom="paragraph">
                  <wp:posOffset>163830</wp:posOffset>
                </wp:positionV>
                <wp:extent cx="396240" cy="373380"/>
                <wp:effectExtent l="0" t="0" r="22860" b="266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92D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94E2B" id="Oval 27" o:spid="_x0000_s1026" style="position:absolute;margin-left:63pt;margin-top:12.9pt;width:31.2pt;height:29.4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" filled="f" strokecolor="#92d050" strokeweight="1.5pt"/>
            </w:pict>
          </mc:Fallback>
        </mc:AlternateContent>
      </w:r>
      <w:r w:rsidR="00C53E42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30077B" wp14:editId="3C314837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6240" cy="373380"/>
                <wp:effectExtent l="0" t="0" r="22860" b="2667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37338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DC5E41" id="Oval 26" o:spid="_x0000_s1026" style="position:absolute;margin-left:0;margin-top:15pt;width:31.2pt;height:29.4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" filled="f" strokecolor="#938953 [1614]" strokeweight="1.5pt"/>
            </w:pict>
          </mc:Fallback>
        </mc:AlternateContent>
      </w:r>
      <w:r w:rsidR="000268D5">
        <w:rPr>
          <w:sz w:val="17"/>
        </w:rPr>
        <w:t xml:space="preserve"> </w:t>
      </w:r>
    </w:p>
    <w:p w14:paraId="2E82E870" w14:textId="0357C033" w:rsidR="009672A3" w:rsidRPr="009672A3" w:rsidRDefault="00E475B5" w:rsidP="00E475B5">
      <w:p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BF69B56" wp14:editId="54F56EEA">
                <wp:simplePos x="0" y="0"/>
                <wp:positionH relativeFrom="column">
                  <wp:posOffset>4457700</wp:posOffset>
                </wp:positionH>
                <wp:positionV relativeFrom="paragraph">
                  <wp:posOffset>160655</wp:posOffset>
                </wp:positionV>
                <wp:extent cx="1821180" cy="65532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87827" w14:textId="0E0CF66C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14.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Mekušci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mekušaca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69B56" id="Rectangle 48" o:spid="_x0000_s1033" style="position:absolute;margin-left:351pt;margin-top:12.65pt;width:143.4pt;height:51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" filled="f" stroked="f">
                <v:textbox>
                  <w:txbxContent>
                    <w:p w14:paraId="69087827" w14:textId="0E0CF66C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14. </w:t>
                      </w:r>
                      <w:proofErr w:type="spellStart"/>
                      <w:r>
                        <w:rPr>
                          <w:sz w:val="17"/>
                        </w:rPr>
                        <w:t>Mekušci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mekušaca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21B1E1EE" wp14:editId="5AB2995C">
                <wp:simplePos x="0" y="0"/>
                <wp:positionH relativeFrom="column">
                  <wp:posOffset>3567112</wp:posOffset>
                </wp:positionH>
                <wp:positionV relativeFrom="paragraph">
                  <wp:posOffset>232093</wp:posOffset>
                </wp:positionV>
                <wp:extent cx="1821180" cy="655320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08427" w14:textId="1E07C59E" w:rsidR="00E475B5" w:rsidRDefault="00E475B5" w:rsidP="00E475B5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13.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Lupina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lupine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1E1EE" id="Rectangle 46" o:spid="_x0000_s1034" style="position:absolute;margin-left:280.85pt;margin-top:18.3pt;width:143.4pt;height:51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" filled="f" stroked="f">
                <v:textbox>
                  <w:txbxContent>
                    <w:p w14:paraId="41908427" w14:textId="1E07C59E" w:rsidR="00E475B5" w:rsidRDefault="00E475B5" w:rsidP="00E475B5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13. </w:t>
                      </w:r>
                      <w:proofErr w:type="spellStart"/>
                      <w:r>
                        <w:rPr>
                          <w:sz w:val="17"/>
                        </w:rPr>
                        <w:t>Lupina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lupine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11AD043E" wp14:editId="05AE1DC9">
                <wp:simplePos x="0" y="0"/>
                <wp:positionH relativeFrom="column">
                  <wp:posOffset>1942783</wp:posOffset>
                </wp:positionH>
                <wp:positionV relativeFrom="paragraph">
                  <wp:posOffset>233045</wp:posOffset>
                </wp:positionV>
                <wp:extent cx="1821180" cy="655320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529EF" w14:textId="3B00D56F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11.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Sjeme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smjese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sezama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043E" id="Rectangle 41" o:spid="_x0000_s1035" style="position:absolute;margin-left:153pt;margin-top:18.35pt;width:143.4pt;height:51.6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" filled="f" stroked="f">
                <v:textbox>
                  <w:txbxContent>
                    <w:p w14:paraId="2E1529EF" w14:textId="3B00D56F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11. </w:t>
                      </w:r>
                      <w:proofErr w:type="spellStart"/>
                      <w:r>
                        <w:rPr>
                          <w:sz w:val="17"/>
                        </w:rPr>
                        <w:t>Sjeme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od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smjese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sezama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88DFB0" wp14:editId="0A5EA9FE">
                <wp:simplePos x="0" y="0"/>
                <wp:positionH relativeFrom="column">
                  <wp:posOffset>2828290</wp:posOffset>
                </wp:positionH>
                <wp:positionV relativeFrom="paragraph">
                  <wp:posOffset>233680</wp:posOffset>
                </wp:positionV>
                <wp:extent cx="1821180" cy="65532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EA328" w14:textId="09FE188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12.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Sumporni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dioksid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sulfiti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8DFB0" id="Rectangle 43" o:spid="_x0000_s1036" style="position:absolute;margin-left:222.7pt;margin-top:18.4pt;width:143.4pt;height:51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" filled="f" stroked="f">
                <v:textbox>
                  <w:txbxContent>
                    <w:p w14:paraId="650EA328" w14:textId="09FE188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12. </w:t>
                      </w:r>
                      <w:proofErr w:type="spellStart"/>
                      <w:r>
                        <w:rPr>
                          <w:sz w:val="17"/>
                        </w:rPr>
                        <w:t>Sumporni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dioksid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sulfiti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0D73662" wp14:editId="0D58D570">
                <wp:simplePos x="0" y="0"/>
                <wp:positionH relativeFrom="column">
                  <wp:posOffset>999807</wp:posOffset>
                </wp:positionH>
                <wp:positionV relativeFrom="paragraph">
                  <wp:posOffset>223837</wp:posOffset>
                </wp:positionV>
                <wp:extent cx="1821180" cy="655320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E485A" w14:textId="2A08DFB6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10.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Gorušica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  <w:t xml:space="preserve">od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gorušice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73662" id="Rectangle 39" o:spid="_x0000_s1037" style="position:absolute;margin-left:78.7pt;margin-top:17.6pt;width:143.4pt;height:51.6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" filled="f" stroked="f">
                <v:textbox>
                  <w:txbxContent>
                    <w:p w14:paraId="684E485A" w14:textId="2A08DFB6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10. </w:t>
                      </w:r>
                      <w:proofErr w:type="spellStart"/>
                      <w:r>
                        <w:rPr>
                          <w:sz w:val="17"/>
                        </w:rPr>
                        <w:t>Gorušica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  <w:t xml:space="preserve">od </w:t>
                      </w:r>
                      <w:proofErr w:type="spellStart"/>
                      <w:r>
                        <w:rPr>
                          <w:sz w:val="17"/>
                        </w:rPr>
                        <w:t>gorušice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672A3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0D355204" wp14:editId="7F8D2A77">
                <wp:simplePos x="0" y="0"/>
                <wp:positionH relativeFrom="column">
                  <wp:posOffset>92133</wp:posOffset>
                </wp:positionH>
                <wp:positionV relativeFrom="paragraph">
                  <wp:posOffset>163830</wp:posOffset>
                </wp:positionV>
                <wp:extent cx="1821180" cy="655320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264AB" w14:textId="5D1D976E" w:rsidR="009672A3" w:rsidRDefault="009672A3" w:rsidP="009672A3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Celer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njegovi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proizvodi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5204" id="Rectangle 37" o:spid="_x0000_s1038" style="position:absolute;margin-left:7.25pt;margin-top:12.9pt;width:143.4pt;height:51.6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" filled="f" stroked="f">
                <v:textbox>
                  <w:txbxContent>
                    <w:p w14:paraId="490264AB" w14:textId="5D1D976E" w:rsidR="009672A3" w:rsidRDefault="009672A3" w:rsidP="009672A3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9. </w:t>
                      </w:r>
                      <w:proofErr w:type="spellStart"/>
                      <w:r>
                        <w:rPr>
                          <w:sz w:val="17"/>
                        </w:rPr>
                        <w:t>Celer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7"/>
                        </w:rPr>
                        <w:t>njegovi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proizvodi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C53E42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54C2490" wp14:editId="08D9F35F">
                <wp:simplePos x="0" y="0"/>
                <wp:positionH relativeFrom="column">
                  <wp:posOffset>-730272</wp:posOffset>
                </wp:positionH>
                <wp:positionV relativeFrom="paragraph">
                  <wp:posOffset>164982</wp:posOffset>
                </wp:positionV>
                <wp:extent cx="1821180" cy="65532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CB35B" w14:textId="73AB1A91" w:rsidR="00C53E42" w:rsidRDefault="00C53E42" w:rsidP="00C53E42">
                            <w:pPr>
                              <w:jc w:val="center"/>
                            </w:pPr>
                            <w:r>
                              <w:rPr>
                                <w:sz w:val="17"/>
                              </w:rPr>
                              <w:t xml:space="preserve">8. </w:t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Orašasto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sz w:val="17"/>
                              </w:rPr>
                              <w:t>voće</w:t>
                            </w:r>
                            <w:proofErr w:type="spellEnd"/>
                            <w:r>
                              <w:rPr>
                                <w:sz w:val="17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C2490" id="Rectangle 34" o:spid="_x0000_s1039" style="position:absolute;margin-left:-57.5pt;margin-top:13pt;width:143.4pt;height:51.6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" filled="f" stroked="f">
                <v:textbox>
                  <w:txbxContent>
                    <w:p w14:paraId="4F8CB35B" w14:textId="73AB1A91" w:rsidR="00C53E42" w:rsidRDefault="00C53E42" w:rsidP="00C53E42">
                      <w:pPr>
                        <w:jc w:val="center"/>
                      </w:pPr>
                      <w:r>
                        <w:rPr>
                          <w:sz w:val="17"/>
                        </w:rPr>
                        <w:t xml:space="preserve">8. </w:t>
                      </w:r>
                      <w:proofErr w:type="spellStart"/>
                      <w:r>
                        <w:rPr>
                          <w:sz w:val="17"/>
                        </w:rPr>
                        <w:t>Orašasto</w:t>
                      </w:r>
                      <w:proofErr w:type="spellEnd"/>
                      <w:r>
                        <w:rPr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br/>
                      </w:r>
                      <w:proofErr w:type="spellStart"/>
                      <w:r>
                        <w:rPr>
                          <w:sz w:val="17"/>
                        </w:rPr>
                        <w:t>voće</w:t>
                      </w:r>
                      <w:proofErr w:type="spellEnd"/>
                      <w:r>
                        <w:rPr>
                          <w:sz w:val="17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7355D6F3" w14:textId="5875171A" w:rsidR="009672A3" w:rsidRPr="009672A3" w:rsidRDefault="00E475B5" w:rsidP="00E475B5">
      <w:pPr>
        <w:tabs>
          <w:tab w:val="left" w:pos="6060"/>
        </w:tabs>
      </w:pPr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006976" behindDoc="0" locked="0" layoutInCell="1" allowOverlap="1" wp14:anchorId="38C72314" wp14:editId="2FDCA6BC">
                <wp:simplePos x="0" y="0"/>
                <wp:positionH relativeFrom="column">
                  <wp:posOffset>1140777</wp:posOffset>
                </wp:positionH>
                <wp:positionV relativeFrom="paragraph">
                  <wp:posOffset>286702</wp:posOffset>
                </wp:positionV>
                <wp:extent cx="3870960" cy="533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EDC84" w14:textId="77777777" w:rsidR="00324C1C" w:rsidRDefault="00324C1C" w:rsidP="00324C1C">
                            <w:pPr>
                              <w:spacing w:before="400"/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Jelovnik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je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podložan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promjenama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zbog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objektivnih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razloga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  <w:p w14:paraId="0125E2E1" w14:textId="77777777" w:rsidR="00324C1C" w:rsidRDefault="00324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723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89.8pt;margin-top:22.55pt;width:304.8pt;height:42pt;z-index:2510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" filled="f" stroked="f">
                <v:textbox>
                  <w:txbxContent>
                    <w:p w14:paraId="332EDC84" w14:textId="77777777" w:rsidR="00324C1C" w:rsidRDefault="00324C1C" w:rsidP="00324C1C">
                      <w:pPr>
                        <w:spacing w:before="400"/>
                      </w:pPr>
                      <w:proofErr w:type="spellStart"/>
                      <w:r>
                        <w:rPr>
                          <w:i/>
                          <w:sz w:val="20"/>
                        </w:rPr>
                        <w:t>Jelovnik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je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podložan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promjenama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zbog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objektivnih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</w:rPr>
                        <w:t>razloga</w:t>
                      </w:r>
                      <w:proofErr w:type="spellEnd"/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  <w:p w14:paraId="0125E2E1" w14:textId="77777777" w:rsidR="00324C1C" w:rsidRDefault="00324C1C"/>
                  </w:txbxContent>
                </v:textbox>
              </v:shape>
            </w:pict>
          </mc:Fallback>
        </mc:AlternateContent>
      </w:r>
      <w:r w:rsidR="009672A3">
        <w:tab/>
      </w:r>
    </w:p>
    <w:sectPr w:rsidR="009672A3" w:rsidRPr="009672A3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D4B26" w14:textId="77777777" w:rsidR="00EA51B4" w:rsidRDefault="00EA51B4" w:rsidP="00B07659">
      <w:pPr>
        <w:spacing w:after="0" w:line="240" w:lineRule="auto"/>
      </w:pPr>
      <w:r>
        <w:separator/>
      </w:r>
    </w:p>
  </w:endnote>
  <w:endnote w:type="continuationSeparator" w:id="0">
    <w:p w14:paraId="0F3CDD02" w14:textId="77777777" w:rsidR="00EA51B4" w:rsidRDefault="00EA51B4" w:rsidP="00B0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50198" w14:textId="77777777" w:rsidR="00EA51B4" w:rsidRDefault="00EA51B4" w:rsidP="00B07659">
      <w:pPr>
        <w:spacing w:after="0" w:line="240" w:lineRule="auto"/>
      </w:pPr>
      <w:r>
        <w:separator/>
      </w:r>
    </w:p>
  </w:footnote>
  <w:footnote w:type="continuationSeparator" w:id="0">
    <w:p w14:paraId="776C6AC7" w14:textId="77777777" w:rsidR="00EA51B4" w:rsidRDefault="00EA51B4" w:rsidP="00B0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EC"/>
    <w:rsid w:val="000268D5"/>
    <w:rsid w:val="00034616"/>
    <w:rsid w:val="0006063C"/>
    <w:rsid w:val="00107840"/>
    <w:rsid w:val="0015074B"/>
    <w:rsid w:val="00164D03"/>
    <w:rsid w:val="001D2440"/>
    <w:rsid w:val="001F3848"/>
    <w:rsid w:val="00225EC5"/>
    <w:rsid w:val="002759E0"/>
    <w:rsid w:val="0029639D"/>
    <w:rsid w:val="002E0CDA"/>
    <w:rsid w:val="00324C1C"/>
    <w:rsid w:val="00326F90"/>
    <w:rsid w:val="0043064C"/>
    <w:rsid w:val="00452164"/>
    <w:rsid w:val="004C5EAA"/>
    <w:rsid w:val="004E6032"/>
    <w:rsid w:val="00531B79"/>
    <w:rsid w:val="005409D1"/>
    <w:rsid w:val="00585553"/>
    <w:rsid w:val="008D0AA9"/>
    <w:rsid w:val="008E45A9"/>
    <w:rsid w:val="009672A3"/>
    <w:rsid w:val="00A81D30"/>
    <w:rsid w:val="00AA1D8D"/>
    <w:rsid w:val="00B07659"/>
    <w:rsid w:val="00B47730"/>
    <w:rsid w:val="00BC36A5"/>
    <w:rsid w:val="00C100D5"/>
    <w:rsid w:val="00C53E42"/>
    <w:rsid w:val="00CB0664"/>
    <w:rsid w:val="00E475B5"/>
    <w:rsid w:val="00EA51B4"/>
    <w:rsid w:val="00EE2121"/>
    <w:rsid w:val="00EE77C3"/>
    <w:rsid w:val="00F2369B"/>
    <w:rsid w:val="00F7795B"/>
    <w:rsid w:val="00FC693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3FC4F"/>
  <w14:defaultImageDpi w14:val="300"/>
  <w15:docId w15:val="{8622D766-03DB-42A3-BD59-59B4BD5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0D5"/>
  </w:style>
  <w:style w:type="paragraph" w:styleId="Naslov1">
    <w:name w:val="heading 1"/>
    <w:basedOn w:val="Normal"/>
    <w:next w:val="Normal"/>
    <w:link w:val="Naslov1Char"/>
    <w:uiPriority w:val="9"/>
    <w:qFormat/>
    <w:rsid w:val="00C100D5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100D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100D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0D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0D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0D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0D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0D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0D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C100D5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C100D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C100D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100D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aslovChar">
    <w:name w:val="Naslov Char"/>
    <w:basedOn w:val="Zadanifontodlomka"/>
    <w:link w:val="Naslov"/>
    <w:uiPriority w:val="10"/>
    <w:rsid w:val="00C100D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0D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slovChar">
    <w:name w:val="Podnaslov Char"/>
    <w:basedOn w:val="Zadanifontodlomka"/>
    <w:link w:val="Podnaslov"/>
    <w:uiPriority w:val="11"/>
    <w:rsid w:val="00C100D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100D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C100D5"/>
    <w:rPr>
      <w:i/>
      <w:iCs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0D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0D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0D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0D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0D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0D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100D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Naglaeno">
    <w:name w:val="Strong"/>
    <w:basedOn w:val="Zadanifontodlomka"/>
    <w:uiPriority w:val="22"/>
    <w:qFormat/>
    <w:rsid w:val="00C100D5"/>
    <w:rPr>
      <w:b/>
      <w:bCs/>
    </w:rPr>
  </w:style>
  <w:style w:type="character" w:styleId="Istaknuto">
    <w:name w:val="Emphasis"/>
    <w:basedOn w:val="Zadanifontodlomka"/>
    <w:uiPriority w:val="20"/>
    <w:qFormat/>
    <w:rsid w:val="00C100D5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0D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0D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100D5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100D5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C100D5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C100D5"/>
    <w:rPr>
      <w:b/>
      <w:bCs/>
      <w:smallCaps/>
      <w:u w:val="single"/>
    </w:rPr>
  </w:style>
  <w:style w:type="character" w:styleId="Naslovknjige">
    <w:name w:val="Book Title"/>
    <w:basedOn w:val="Zadanifontodlomka"/>
    <w:uiPriority w:val="33"/>
    <w:qFormat/>
    <w:rsid w:val="00C100D5"/>
    <w:rPr>
      <w:b/>
      <w:bCs/>
      <w:smallCap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100D5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B5CA38-2871-403E-91BC-1DE707A0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2</cp:revision>
  <dcterms:created xsi:type="dcterms:W3CDTF">2026-09-11T11:00:00Z</dcterms:created>
  <dcterms:modified xsi:type="dcterms:W3CDTF">2026-09-11T11:00:00Z</dcterms:modified>
  <cp:category/>
</cp:coreProperties>
</file>