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DE9D9" w:themeColor="accent6" w:themeTint="33"/>
  <w:body>
    <w:p w14:paraId="0C02F536" w14:textId="39C66A48" w:rsidR="001F3848" w:rsidRPr="00324C1C" w:rsidRDefault="000268D5" w:rsidP="005409D1">
      <w:pPr>
        <w:tabs>
          <w:tab w:val="left" w:pos="5928"/>
        </w:tabs>
        <w:spacing w:after="40"/>
        <w:rPr>
          <w:sz w:val="18"/>
          <w:szCs w:val="18"/>
        </w:rPr>
      </w:pPr>
      <w:r w:rsidRPr="00324C1C">
        <w:rPr>
          <w:rFonts w:ascii="Arial Black" w:hAnsi="Arial Black"/>
          <w:b/>
          <w:sz w:val="52"/>
          <w:szCs w:val="18"/>
        </w:rPr>
        <w:t>TJEDNI JELOVNIK</w:t>
      </w:r>
      <w:r w:rsidR="005409D1">
        <w:rPr>
          <w:rFonts w:ascii="Arial Black" w:hAnsi="Arial Black"/>
          <w:b/>
          <w:sz w:val="52"/>
          <w:szCs w:val="18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4"/>
        <w:gridCol w:w="1287"/>
      </w:tblGrid>
      <w:tr w:rsidR="001F3848" w14:paraId="73F88E10" w14:textId="77777777" w:rsidTr="00003BEC">
        <w:trPr>
          <w:trHeight w:val="640"/>
        </w:trPr>
        <w:tc>
          <w:tcPr>
            <w:tcW w:w="7664" w:type="dxa"/>
          </w:tcPr>
          <w:p w14:paraId="27972C74" w14:textId="153EAAFE" w:rsidR="001F3848" w:rsidRDefault="000268D5">
            <w:pPr>
              <w:spacing w:after="40"/>
            </w:pPr>
            <w:proofErr w:type="spellStart"/>
            <w:r>
              <w:rPr>
                <w:b/>
                <w:sz w:val="26"/>
              </w:rPr>
              <w:t>Tjedan</w:t>
            </w:r>
            <w:proofErr w:type="spellEnd"/>
            <w:r>
              <w:rPr>
                <w:b/>
                <w:sz w:val="26"/>
              </w:rPr>
              <w:t xml:space="preserve">: </w:t>
            </w:r>
            <w:r w:rsidR="00A07B18">
              <w:rPr>
                <w:b/>
                <w:sz w:val="26"/>
              </w:rPr>
              <w:t>21</w:t>
            </w:r>
            <w:r>
              <w:rPr>
                <w:b/>
                <w:sz w:val="26"/>
              </w:rPr>
              <w:t xml:space="preserve">. – </w:t>
            </w:r>
            <w:r w:rsidR="00A07B18">
              <w:rPr>
                <w:b/>
                <w:sz w:val="26"/>
              </w:rPr>
              <w:t>25</w:t>
            </w:r>
            <w:r>
              <w:rPr>
                <w:b/>
                <w:sz w:val="26"/>
              </w:rPr>
              <w:t xml:space="preserve">. </w:t>
            </w:r>
            <w:r w:rsidR="00EE2121">
              <w:rPr>
                <w:b/>
                <w:sz w:val="26"/>
              </w:rPr>
              <w:t>9</w:t>
            </w:r>
            <w:r>
              <w:rPr>
                <w:b/>
                <w:sz w:val="26"/>
              </w:rPr>
              <w:t>. 2026.</w:t>
            </w:r>
            <w:r w:rsidR="00324C1C">
              <w:rPr>
                <w:b/>
                <w:sz w:val="26"/>
              </w:rPr>
              <w:br/>
            </w:r>
            <w:r>
              <w:rPr>
                <w:rFonts w:ascii="Arial Black" w:hAnsi="Arial Black"/>
                <w:b/>
                <w:sz w:val="28"/>
              </w:rPr>
              <w:t>PONEDJELJAK</w:t>
            </w:r>
          </w:p>
        </w:tc>
        <w:tc>
          <w:tcPr>
            <w:tcW w:w="1287" w:type="dxa"/>
          </w:tcPr>
          <w:p w14:paraId="6D9122FF" w14:textId="681C2A97" w:rsidR="001F3848" w:rsidRDefault="000268D5">
            <w:pPr>
              <w:spacing w:after="40"/>
              <w:jc w:val="right"/>
            </w:pPr>
            <w:proofErr w:type="spellStart"/>
            <w:r w:rsidRPr="00E475B5">
              <w:rPr>
                <w:b/>
                <w:bCs/>
                <w:sz w:val="22"/>
              </w:rPr>
              <w:t>Alergeni</w:t>
            </w:r>
            <w:proofErr w:type="spellEnd"/>
          </w:p>
        </w:tc>
      </w:tr>
      <w:tr w:rsidR="001F3848" w14:paraId="22ED23F3" w14:textId="77777777" w:rsidTr="00003BEC">
        <w:trPr>
          <w:trHeight w:val="237"/>
        </w:trPr>
        <w:tc>
          <w:tcPr>
            <w:tcW w:w="7664" w:type="dxa"/>
          </w:tcPr>
          <w:p w14:paraId="216EFEB7" w14:textId="70DBA3C0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EE77C3">
              <w:rPr>
                <w:b/>
                <w:sz w:val="19"/>
              </w:rPr>
              <w:t>(</w:t>
            </w:r>
            <w:proofErr w:type="spellStart"/>
            <w:proofErr w:type="gramEnd"/>
            <w:r w:rsidR="00EE77C3">
              <w:rPr>
                <w:b/>
                <w:sz w:val="19"/>
              </w:rPr>
              <w:t>razredna</w:t>
            </w:r>
            <w:proofErr w:type="spellEnd"/>
            <w:r w:rsidR="00EE77C3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EE77C3">
              <w:rPr>
                <w:b/>
                <w:sz w:val="19"/>
              </w:rPr>
              <w:t>RUŽICA,ČAJ,VOĆE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1287" w:type="dxa"/>
          </w:tcPr>
          <w:p w14:paraId="3A2E728B" w14:textId="776D31A2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43064C">
              <w:rPr>
                <w:b/>
                <w:sz w:val="19"/>
              </w:rPr>
              <w:t>,7</w:t>
            </w:r>
          </w:p>
        </w:tc>
      </w:tr>
      <w:tr w:rsidR="001F3848" w14:paraId="55E874B5" w14:textId="77777777" w:rsidTr="00003BEC">
        <w:trPr>
          <w:trHeight w:val="237"/>
        </w:trPr>
        <w:tc>
          <w:tcPr>
            <w:tcW w:w="7664" w:type="dxa"/>
          </w:tcPr>
          <w:p w14:paraId="7E88F8DD" w14:textId="7B085461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spellStart"/>
            <w:proofErr w:type="gramEnd"/>
            <w:r>
              <w:rPr>
                <w:b/>
                <w:sz w:val="19"/>
              </w:rPr>
              <w:t>razredna,predmetna,</w:t>
            </w:r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 xml:space="preserve"> 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D66FE8">
              <w:rPr>
                <w:sz w:val="19"/>
              </w:rPr>
              <w:t>PLJ</w:t>
            </w:r>
            <w:r w:rsidR="001E783A">
              <w:rPr>
                <w:sz w:val="19"/>
              </w:rPr>
              <w:t>E</w:t>
            </w:r>
            <w:bookmarkStart w:id="0" w:name="_GoBack"/>
            <w:bookmarkEnd w:id="0"/>
            <w:r w:rsidR="00D66FE8">
              <w:rPr>
                <w:sz w:val="19"/>
              </w:rPr>
              <w:t>SKAVICE,RIŽA,UMAK OD ŠAMPINJONA</w:t>
            </w:r>
            <w:r w:rsidR="0043064C">
              <w:rPr>
                <w:sz w:val="19"/>
              </w:rPr>
              <w:t>,KRUH,VOĆE</w:t>
            </w:r>
          </w:p>
        </w:tc>
        <w:tc>
          <w:tcPr>
            <w:tcW w:w="1287" w:type="dxa"/>
          </w:tcPr>
          <w:p w14:paraId="67C04373" w14:textId="15C66E81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897A40">
              <w:rPr>
                <w:b/>
                <w:sz w:val="19"/>
              </w:rPr>
              <w:t>,6,7</w:t>
            </w:r>
          </w:p>
        </w:tc>
      </w:tr>
      <w:tr w:rsidR="001F3848" w14:paraId="6AFEA095" w14:textId="77777777" w:rsidTr="00003BEC">
        <w:trPr>
          <w:trHeight w:val="237"/>
        </w:trPr>
        <w:tc>
          <w:tcPr>
            <w:tcW w:w="7664" w:type="dxa"/>
          </w:tcPr>
          <w:p w14:paraId="51D22D1A" w14:textId="0ABB19D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EE2121">
              <w:rPr>
                <w:b/>
                <w:sz w:val="19"/>
              </w:rPr>
              <w:t>(</w:t>
            </w:r>
            <w:proofErr w:type="spellStart"/>
            <w:proofErr w:type="gramEnd"/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 w:rsidR="00EE2121">
              <w:rPr>
                <w:b/>
                <w:sz w:val="19"/>
              </w:rPr>
              <w:t xml:space="preserve"> 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064C">
              <w:rPr>
                <w:sz w:val="19"/>
              </w:rPr>
              <w:t>DINOSAURI,KUH.POVRĆE,KRUH</w:t>
            </w:r>
          </w:p>
        </w:tc>
        <w:tc>
          <w:tcPr>
            <w:tcW w:w="1287" w:type="dxa"/>
          </w:tcPr>
          <w:p w14:paraId="07192720" w14:textId="46673802" w:rsidR="001F3848" w:rsidRDefault="0043064C">
            <w:pPr>
              <w:spacing w:after="60"/>
              <w:jc w:val="right"/>
            </w:pPr>
            <w:r>
              <w:t>1,3</w:t>
            </w:r>
          </w:p>
        </w:tc>
      </w:tr>
      <w:tr w:rsidR="001F3848" w14:paraId="2A9FF43B" w14:textId="77777777" w:rsidTr="00003BEC">
        <w:trPr>
          <w:trHeight w:val="71"/>
        </w:trPr>
        <w:tc>
          <w:tcPr>
            <w:tcW w:w="7664" w:type="dxa"/>
          </w:tcPr>
          <w:p w14:paraId="4563698B" w14:textId="3C137F3C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D66FE8">
              <w:rPr>
                <w:sz w:val="19"/>
              </w:rPr>
              <w:t>KROASANI</w:t>
            </w:r>
          </w:p>
        </w:tc>
        <w:tc>
          <w:tcPr>
            <w:tcW w:w="1287" w:type="dxa"/>
          </w:tcPr>
          <w:p w14:paraId="11D4C540" w14:textId="1A4851A5" w:rsidR="001F3848" w:rsidRDefault="0043064C" w:rsidP="00EE2121">
            <w:pPr>
              <w:spacing w:after="60"/>
              <w:jc w:val="center"/>
            </w:pPr>
            <w:r>
              <w:t xml:space="preserve">                 </w:t>
            </w:r>
            <w:r w:rsidR="00897A40">
              <w:t>1,8</w:t>
            </w:r>
          </w:p>
        </w:tc>
      </w:tr>
    </w:tbl>
    <w:p w14:paraId="4047A629" w14:textId="77651513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3876B930" wp14:editId="52CA9C48">
                <wp:simplePos x="0" y="0"/>
                <wp:positionH relativeFrom="column">
                  <wp:posOffset>-15240</wp:posOffset>
                </wp:positionH>
                <wp:positionV relativeFrom="paragraph">
                  <wp:posOffset>52070</wp:posOffset>
                </wp:positionV>
                <wp:extent cx="5699760" cy="0"/>
                <wp:effectExtent l="38100" t="38100" r="72390" b="952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8A93E" id="Straight Connector 49" o:spid="_x0000_s1026" style="position:absolute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4.1pt" to="447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UTORAK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45C26E9B" w14:textId="77777777">
        <w:tc>
          <w:tcPr>
            <w:tcW w:w="7200" w:type="dxa"/>
          </w:tcPr>
          <w:p w14:paraId="17BE488A" w14:textId="0751E370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F7795B">
              <w:rPr>
                <w:b/>
                <w:sz w:val="19"/>
              </w:rPr>
              <w:t>(</w:t>
            </w:r>
            <w:proofErr w:type="spellStart"/>
            <w:proofErr w:type="gramEnd"/>
            <w:r w:rsidR="00F7795B">
              <w:rPr>
                <w:b/>
                <w:sz w:val="19"/>
              </w:rPr>
              <w:t>razredna</w:t>
            </w:r>
            <w:proofErr w:type="spellEnd"/>
            <w:r w:rsidR="00F7795B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897A40">
              <w:rPr>
                <w:sz w:val="19"/>
              </w:rPr>
              <w:t>MARGO-MARMELADA,KRUH,KAKAO</w:t>
            </w:r>
            <w:r w:rsidR="0043064C">
              <w:rPr>
                <w:sz w:val="19"/>
              </w:rPr>
              <w:t>,VOĆE</w:t>
            </w:r>
            <w:r w:rsidR="00C100D5">
              <w:rPr>
                <w:sz w:val="19"/>
              </w:rPr>
              <w:t xml:space="preserve">                                                                                               </w:t>
            </w:r>
          </w:p>
        </w:tc>
        <w:tc>
          <w:tcPr>
            <w:tcW w:w="2160" w:type="dxa"/>
          </w:tcPr>
          <w:p w14:paraId="79F1A135" w14:textId="35B36C21" w:rsidR="001F3848" w:rsidRDefault="00C100D5" w:rsidP="00C100D5">
            <w:pPr>
              <w:spacing w:after="60"/>
              <w:jc w:val="center"/>
            </w:pPr>
            <w:r>
              <w:t xml:space="preserve">      </w:t>
            </w:r>
            <w:r w:rsidR="00897A40">
              <w:t>1,</w:t>
            </w:r>
            <w:r>
              <w:t xml:space="preserve"> 7</w:t>
            </w:r>
          </w:p>
        </w:tc>
      </w:tr>
      <w:tr w:rsidR="001F3848" w14:paraId="1492D62F" w14:textId="77777777">
        <w:tc>
          <w:tcPr>
            <w:tcW w:w="7200" w:type="dxa"/>
          </w:tcPr>
          <w:p w14:paraId="4F1A0FFE" w14:textId="1B890CD7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897A40">
              <w:rPr>
                <w:b/>
                <w:sz w:val="19"/>
              </w:rPr>
              <w:t>TJEST.CARBONARA,SALATA</w:t>
            </w:r>
            <w:r w:rsidR="0043064C">
              <w:rPr>
                <w:b/>
                <w:sz w:val="19"/>
              </w:rPr>
              <w:t>,KRUH,VOĆE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35E45B64" w14:textId="493323C2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 </w:t>
            </w:r>
            <w:r w:rsidR="00C100D5">
              <w:rPr>
                <w:b/>
                <w:sz w:val="19"/>
              </w:rPr>
              <w:t>1</w:t>
            </w:r>
            <w:r w:rsidR="00897A40">
              <w:rPr>
                <w:b/>
                <w:sz w:val="19"/>
              </w:rPr>
              <w:t>,7</w:t>
            </w:r>
          </w:p>
        </w:tc>
      </w:tr>
      <w:tr w:rsidR="001F3848" w14:paraId="52E7A4E3" w14:textId="77777777">
        <w:tc>
          <w:tcPr>
            <w:tcW w:w="7200" w:type="dxa"/>
          </w:tcPr>
          <w:p w14:paraId="602F8E28" w14:textId="68BB57FF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003BEC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003BEC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003BEC">
              <w:rPr>
                <w:b/>
                <w:sz w:val="19"/>
              </w:rPr>
              <w:t>2):</w:t>
            </w:r>
            <w:r w:rsidR="00897A40">
              <w:rPr>
                <w:b/>
                <w:sz w:val="19"/>
              </w:rPr>
              <w:t>RAŽNJIĆI,</w:t>
            </w:r>
            <w:r w:rsidR="00003BEC">
              <w:rPr>
                <w:b/>
                <w:sz w:val="19"/>
              </w:rPr>
              <w:t xml:space="preserve"> KUH.KRUMPIROM,SALATA,KRUH</w:t>
            </w:r>
          </w:p>
        </w:tc>
        <w:tc>
          <w:tcPr>
            <w:tcW w:w="2160" w:type="dxa"/>
          </w:tcPr>
          <w:p w14:paraId="1B6D8081" w14:textId="5DB864A4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</w:t>
            </w:r>
            <w:r w:rsidR="00C100D5">
              <w:rPr>
                <w:b/>
                <w:sz w:val="19"/>
              </w:rPr>
              <w:t>1</w:t>
            </w:r>
          </w:p>
        </w:tc>
      </w:tr>
      <w:tr w:rsidR="001F3848" w14:paraId="337F3A8E" w14:textId="77777777">
        <w:tc>
          <w:tcPr>
            <w:tcW w:w="7200" w:type="dxa"/>
          </w:tcPr>
          <w:p w14:paraId="1BAD7202" w14:textId="16A4085B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452164">
              <w:rPr>
                <w:b/>
                <w:sz w:val="19"/>
              </w:rPr>
              <w:t>b.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897A40">
              <w:rPr>
                <w:sz w:val="19"/>
              </w:rPr>
              <w:t>VOĆNI JOGURT</w:t>
            </w:r>
          </w:p>
        </w:tc>
        <w:tc>
          <w:tcPr>
            <w:tcW w:w="2160" w:type="dxa"/>
          </w:tcPr>
          <w:p w14:paraId="67FB6C86" w14:textId="787EB5C4" w:rsidR="001F3848" w:rsidRDefault="0043064C" w:rsidP="00C100D5">
            <w:pPr>
              <w:spacing w:after="60"/>
              <w:jc w:val="center"/>
            </w:pPr>
            <w:r>
              <w:t xml:space="preserve">        </w:t>
            </w:r>
            <w:r w:rsidR="00897A40">
              <w:t>7</w:t>
            </w:r>
          </w:p>
        </w:tc>
      </w:tr>
    </w:tbl>
    <w:p w14:paraId="2828A4E7" w14:textId="5190141F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24ECED76" wp14:editId="6251A76A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99760" cy="0"/>
                <wp:effectExtent l="38100" t="38100" r="72390" b="952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2C8A9" id="Straight Connector 50" o:spid="_x0000_s1026" style="position:absolute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45pt" to="448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SRIJEDA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E31EC1D" w14:textId="77777777">
        <w:tc>
          <w:tcPr>
            <w:tcW w:w="7200" w:type="dxa"/>
          </w:tcPr>
          <w:p w14:paraId="3A4B0397" w14:textId="37EEDF17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897A40">
              <w:rPr>
                <w:sz w:val="19"/>
              </w:rPr>
              <w:t>PAHULJICE,MLIJEKO</w:t>
            </w:r>
            <w:r w:rsidR="0043064C">
              <w:rPr>
                <w:sz w:val="19"/>
              </w:rPr>
              <w:t>,VOĆE</w:t>
            </w:r>
          </w:p>
        </w:tc>
        <w:tc>
          <w:tcPr>
            <w:tcW w:w="2160" w:type="dxa"/>
          </w:tcPr>
          <w:p w14:paraId="6AD5913E" w14:textId="57B6F1A3" w:rsidR="001F3848" w:rsidRDefault="002E0CDA" w:rsidP="00C100D5">
            <w:pPr>
              <w:spacing w:after="60"/>
              <w:jc w:val="center"/>
            </w:pPr>
            <w:r>
              <w:t>7</w:t>
            </w:r>
          </w:p>
        </w:tc>
      </w:tr>
      <w:tr w:rsidR="001F3848" w14:paraId="5DC9D2F4" w14:textId="77777777">
        <w:tc>
          <w:tcPr>
            <w:tcW w:w="7200" w:type="dxa"/>
          </w:tcPr>
          <w:p w14:paraId="7C3BE049" w14:textId="402AD178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897A40">
              <w:rPr>
                <w:sz w:val="19"/>
              </w:rPr>
              <w:t>GULAŠ</w:t>
            </w:r>
            <w:r w:rsidR="002E0CDA">
              <w:rPr>
                <w:sz w:val="19"/>
              </w:rPr>
              <w:t>,KRUH,VOĆE</w:t>
            </w:r>
          </w:p>
        </w:tc>
        <w:tc>
          <w:tcPr>
            <w:tcW w:w="2160" w:type="dxa"/>
          </w:tcPr>
          <w:p w14:paraId="201842DD" w14:textId="40CA6B32" w:rsidR="001F3848" w:rsidRDefault="002E0CDA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24A5A1E0" w14:textId="77777777">
        <w:tc>
          <w:tcPr>
            <w:tcW w:w="7200" w:type="dxa"/>
          </w:tcPr>
          <w:p w14:paraId="22AEBD19" w14:textId="088628FC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2E0CDA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2):</w:t>
            </w:r>
            <w:r w:rsidR="00897A40">
              <w:rPr>
                <w:b/>
                <w:sz w:val="19"/>
              </w:rPr>
              <w:t>RIŽOTO,SALATA</w:t>
            </w:r>
            <w:r w:rsidR="002E0CDA">
              <w:rPr>
                <w:b/>
                <w:sz w:val="19"/>
              </w:rPr>
              <w:t>,KRUH</w:t>
            </w:r>
          </w:p>
        </w:tc>
        <w:tc>
          <w:tcPr>
            <w:tcW w:w="2160" w:type="dxa"/>
          </w:tcPr>
          <w:p w14:paraId="2499357C" w14:textId="5547E7DD" w:rsidR="001F3848" w:rsidRDefault="0055559B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322D6D1E" w14:textId="77777777">
        <w:tc>
          <w:tcPr>
            <w:tcW w:w="7200" w:type="dxa"/>
          </w:tcPr>
          <w:p w14:paraId="013FE153" w14:textId="60EB00C4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897A40">
              <w:rPr>
                <w:sz w:val="19"/>
              </w:rPr>
              <w:t>ŠTRUDLA VIŠNJA-VANILIJA</w:t>
            </w:r>
          </w:p>
        </w:tc>
        <w:tc>
          <w:tcPr>
            <w:tcW w:w="2160" w:type="dxa"/>
          </w:tcPr>
          <w:p w14:paraId="0AB3E38E" w14:textId="27A129BD" w:rsidR="001F3848" w:rsidRDefault="00F2369B" w:rsidP="00C100D5">
            <w:pPr>
              <w:spacing w:after="60"/>
              <w:jc w:val="center"/>
            </w:pPr>
            <w:r>
              <w:t>1,</w:t>
            </w:r>
            <w:r w:rsidR="002E0CDA">
              <w:t>7</w:t>
            </w:r>
          </w:p>
        </w:tc>
      </w:tr>
    </w:tbl>
    <w:p w14:paraId="463ADACD" w14:textId="1F60C307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074EF61D" wp14:editId="50F78D0B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699760" cy="0"/>
                <wp:effectExtent l="38100" t="38100" r="72390" b="952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36935" id="Straight Connector 52" o:spid="_x0000_s1026" style="position:absolute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85pt" to="448.8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ČETVRTAK</w:t>
      </w:r>
    </w:p>
    <w:tbl>
      <w:tblPr>
        <w:tblW w:w="93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724C133" w14:textId="77777777" w:rsidTr="004C5EAA">
        <w:tc>
          <w:tcPr>
            <w:tcW w:w="7200" w:type="dxa"/>
          </w:tcPr>
          <w:p w14:paraId="5AE8C6BF" w14:textId="070BFB66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>
              <w:rPr>
                <w:b/>
                <w:sz w:val="19"/>
              </w:rPr>
              <w:t>:</w:t>
            </w:r>
            <w:r w:rsidR="00D844A5">
              <w:rPr>
                <w:b/>
                <w:sz w:val="19"/>
              </w:rPr>
              <w:t>SIRNI NAMAZ,KRUH,ČAJ</w:t>
            </w:r>
            <w:r w:rsidR="004C5EAA">
              <w:rPr>
                <w:b/>
                <w:sz w:val="19"/>
              </w:rPr>
              <w:t>,VOĆE</w:t>
            </w:r>
          </w:p>
        </w:tc>
        <w:tc>
          <w:tcPr>
            <w:tcW w:w="2160" w:type="dxa"/>
          </w:tcPr>
          <w:p w14:paraId="2F1D6E7F" w14:textId="4103F140" w:rsidR="001F3848" w:rsidRDefault="00C100D5" w:rsidP="00C100D5">
            <w:pPr>
              <w:spacing w:after="60"/>
              <w:jc w:val="center"/>
            </w:pPr>
            <w:r>
              <w:t>1,7</w:t>
            </w:r>
          </w:p>
        </w:tc>
      </w:tr>
      <w:tr w:rsidR="001F3848" w14:paraId="630F85EA" w14:textId="77777777" w:rsidTr="004C5EAA">
        <w:tc>
          <w:tcPr>
            <w:tcW w:w="7200" w:type="dxa"/>
          </w:tcPr>
          <w:p w14:paraId="78148ACE" w14:textId="5AEEF2D4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</w:t>
            </w:r>
            <w:r w:rsidR="00F7795B">
              <w:rPr>
                <w:b/>
                <w:sz w:val="19"/>
              </w:rPr>
              <w:t>na,p.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1):</w:t>
            </w:r>
            <w:r w:rsidR="00D844A5">
              <w:rPr>
                <w:b/>
                <w:sz w:val="19"/>
              </w:rPr>
              <w:t>PEČENA PILETINA,MLINCI</w:t>
            </w:r>
            <w:r w:rsidR="00A81D30">
              <w:rPr>
                <w:b/>
                <w:sz w:val="19"/>
              </w:rPr>
              <w:t>,SALATA</w:t>
            </w:r>
            <w:r w:rsidR="004C5EAA">
              <w:rPr>
                <w:b/>
                <w:sz w:val="19"/>
              </w:rPr>
              <w:t>,KRUH,VOĆE</w:t>
            </w:r>
          </w:p>
        </w:tc>
        <w:tc>
          <w:tcPr>
            <w:tcW w:w="2160" w:type="dxa"/>
          </w:tcPr>
          <w:p w14:paraId="471DF367" w14:textId="4BF12727" w:rsidR="001F3848" w:rsidRDefault="00C100D5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257160E9" w14:textId="77777777" w:rsidTr="004C5EAA">
        <w:tc>
          <w:tcPr>
            <w:tcW w:w="7200" w:type="dxa"/>
          </w:tcPr>
          <w:p w14:paraId="6591577E" w14:textId="209EE5BB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D844A5">
              <w:rPr>
                <w:sz w:val="19"/>
              </w:rPr>
              <w:t>BOLONJEZ</w:t>
            </w:r>
            <w:r w:rsidR="004C5EAA">
              <w:rPr>
                <w:sz w:val="19"/>
              </w:rPr>
              <w:t>,SALATA,KRUH</w:t>
            </w:r>
          </w:p>
        </w:tc>
        <w:tc>
          <w:tcPr>
            <w:tcW w:w="2160" w:type="dxa"/>
          </w:tcPr>
          <w:p w14:paraId="13D675C9" w14:textId="1860E469" w:rsidR="001F3848" w:rsidRDefault="00C100D5" w:rsidP="004C5EAA">
            <w:pPr>
              <w:spacing w:after="60"/>
              <w:jc w:val="center"/>
            </w:pPr>
            <w:r>
              <w:t xml:space="preserve">1        </w:t>
            </w:r>
          </w:p>
        </w:tc>
      </w:tr>
      <w:tr w:rsidR="001F3848" w14:paraId="2EA82961" w14:textId="77777777" w:rsidTr="004C5EAA">
        <w:tc>
          <w:tcPr>
            <w:tcW w:w="7200" w:type="dxa"/>
          </w:tcPr>
          <w:p w14:paraId="099F89AA" w14:textId="4D201180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C5EAA">
              <w:rPr>
                <w:sz w:val="19"/>
              </w:rPr>
              <w:t>P</w:t>
            </w:r>
            <w:r w:rsidR="00A81D30">
              <w:rPr>
                <w:sz w:val="19"/>
              </w:rPr>
              <w:t>UDING</w:t>
            </w:r>
          </w:p>
        </w:tc>
        <w:tc>
          <w:tcPr>
            <w:tcW w:w="2160" w:type="dxa"/>
          </w:tcPr>
          <w:p w14:paraId="4870E904" w14:textId="215C3422" w:rsidR="001F3848" w:rsidRDefault="00C100D5" w:rsidP="00C100D5">
            <w:pPr>
              <w:spacing w:after="60"/>
            </w:pPr>
            <w:r>
              <w:t xml:space="preserve">                   7</w:t>
            </w:r>
          </w:p>
        </w:tc>
      </w:tr>
    </w:tbl>
    <w:p w14:paraId="5F6A4DD5" w14:textId="615E0A62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CF78467" wp14:editId="259354E8">
                <wp:simplePos x="0" y="0"/>
                <wp:positionH relativeFrom="column">
                  <wp:posOffset>-7620</wp:posOffset>
                </wp:positionH>
                <wp:positionV relativeFrom="paragraph">
                  <wp:posOffset>49530</wp:posOffset>
                </wp:positionV>
                <wp:extent cx="5699760" cy="0"/>
                <wp:effectExtent l="38100" t="38100" r="72390" b="952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E852F" id="Straight Connector 53" o:spid="_x0000_s1026" style="position:absolute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9pt" to="448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PETAK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09DF1D1C" w14:textId="77777777">
        <w:tc>
          <w:tcPr>
            <w:tcW w:w="7200" w:type="dxa"/>
          </w:tcPr>
          <w:p w14:paraId="0C38BB4D" w14:textId="2D16DA80" w:rsidR="001F3848" w:rsidRDefault="00F7795B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):</w:t>
            </w:r>
            <w:r w:rsidR="00D844A5">
              <w:rPr>
                <w:b/>
                <w:sz w:val="19"/>
              </w:rPr>
              <w:t>RUŽICA-SIR,JOGURT</w:t>
            </w:r>
            <w:r w:rsidR="00452164">
              <w:rPr>
                <w:b/>
                <w:sz w:val="19"/>
              </w:rPr>
              <w:t>,VOĆE</w:t>
            </w:r>
          </w:p>
        </w:tc>
        <w:tc>
          <w:tcPr>
            <w:tcW w:w="2160" w:type="dxa"/>
          </w:tcPr>
          <w:p w14:paraId="7776210E" w14:textId="043550F2" w:rsidR="001F3848" w:rsidRDefault="00452164" w:rsidP="00452164">
            <w:pPr>
              <w:spacing w:after="60"/>
              <w:jc w:val="center"/>
            </w:pPr>
            <w:r>
              <w:t>1,7</w:t>
            </w:r>
          </w:p>
        </w:tc>
      </w:tr>
      <w:tr w:rsidR="001F3848" w14:paraId="309DD148" w14:textId="77777777">
        <w:tc>
          <w:tcPr>
            <w:tcW w:w="7200" w:type="dxa"/>
          </w:tcPr>
          <w:p w14:paraId="4F6C7AEF" w14:textId="6494B847" w:rsidR="001F3848" w:rsidRDefault="004C5EA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razredna,predmetna,p.b.1</w:t>
            </w:r>
            <w:r w:rsidR="00C100D5">
              <w:rPr>
                <w:b/>
                <w:sz w:val="19"/>
              </w:rPr>
              <w:t>)</w:t>
            </w:r>
            <w:r w:rsidR="00D844A5">
              <w:rPr>
                <w:b/>
                <w:sz w:val="19"/>
              </w:rPr>
              <w:t>:RIBLJI ŠTAPIĆI,KUH.KRUMPIR</w:t>
            </w:r>
            <w:r w:rsidR="00452164">
              <w:rPr>
                <w:b/>
                <w:sz w:val="19"/>
              </w:rPr>
              <w:t>,</w:t>
            </w:r>
            <w:r w:rsidR="00A81D30">
              <w:rPr>
                <w:b/>
                <w:sz w:val="19"/>
              </w:rPr>
              <w:t>SALATA,</w:t>
            </w:r>
            <w:r w:rsidR="00452164">
              <w:rPr>
                <w:b/>
                <w:sz w:val="19"/>
              </w:rPr>
              <w:t>KRUH,VOĆE</w:t>
            </w:r>
          </w:p>
        </w:tc>
        <w:tc>
          <w:tcPr>
            <w:tcW w:w="2160" w:type="dxa"/>
          </w:tcPr>
          <w:p w14:paraId="0FB512C5" w14:textId="18FD0A34" w:rsidR="001F3848" w:rsidRDefault="00452164" w:rsidP="00452164">
            <w:pPr>
              <w:spacing w:after="60"/>
            </w:pPr>
            <w:r>
              <w:t xml:space="preserve">                </w:t>
            </w:r>
            <w:proofErr w:type="gramStart"/>
            <w:r>
              <w:t>1</w:t>
            </w:r>
            <w:r w:rsidR="00D844A5">
              <w:t>3,</w:t>
            </w:r>
            <w:r>
              <w:t>,</w:t>
            </w:r>
            <w:proofErr w:type="gramEnd"/>
            <w:r>
              <w:t>4</w:t>
            </w:r>
          </w:p>
        </w:tc>
      </w:tr>
      <w:tr w:rsidR="001F3848" w14:paraId="42572957" w14:textId="77777777">
        <w:tc>
          <w:tcPr>
            <w:tcW w:w="7200" w:type="dxa"/>
          </w:tcPr>
          <w:p w14:paraId="31727619" w14:textId="2F857CB8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4C5EAA">
              <w:rPr>
                <w:b/>
                <w:sz w:val="19"/>
              </w:rPr>
              <w:t>(</w:t>
            </w:r>
            <w:proofErr w:type="gramEnd"/>
            <w:r w:rsidR="004C5EAA">
              <w:rPr>
                <w:b/>
                <w:sz w:val="19"/>
              </w:rPr>
              <w:t>p.b.2)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D844A5">
              <w:rPr>
                <w:sz w:val="19"/>
              </w:rPr>
              <w:t>VARIVO MAHUNE</w:t>
            </w:r>
            <w:r w:rsidR="00452164">
              <w:rPr>
                <w:sz w:val="19"/>
              </w:rPr>
              <w:t>,KRUH</w:t>
            </w:r>
          </w:p>
        </w:tc>
        <w:tc>
          <w:tcPr>
            <w:tcW w:w="2160" w:type="dxa"/>
          </w:tcPr>
          <w:p w14:paraId="0F2966BD" w14:textId="62E4D595" w:rsidR="001F3848" w:rsidRDefault="00452164" w:rsidP="00452164">
            <w:pPr>
              <w:spacing w:after="60"/>
            </w:pPr>
            <w:r>
              <w:t xml:space="preserve">                   1</w:t>
            </w:r>
          </w:p>
        </w:tc>
      </w:tr>
      <w:tr w:rsidR="001F3848" w14:paraId="0BD1A1AC" w14:textId="77777777">
        <w:tc>
          <w:tcPr>
            <w:tcW w:w="7200" w:type="dxa"/>
          </w:tcPr>
          <w:p w14:paraId="24D9CFCA" w14:textId="59C4803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 w:rsidR="00D844A5">
              <w:rPr>
                <w:b/>
                <w:sz w:val="19"/>
              </w:rPr>
              <w:t>MAFIN COK.</w:t>
            </w:r>
          </w:p>
        </w:tc>
        <w:tc>
          <w:tcPr>
            <w:tcW w:w="2160" w:type="dxa"/>
          </w:tcPr>
          <w:p w14:paraId="53054269" w14:textId="366A7A07" w:rsidR="001F3848" w:rsidRDefault="001D2440" w:rsidP="001D2440">
            <w:pPr>
              <w:spacing w:after="60"/>
              <w:jc w:val="center"/>
            </w:pPr>
            <w:r>
              <w:t>1,3</w:t>
            </w:r>
          </w:p>
        </w:tc>
      </w:tr>
    </w:tbl>
    <w:p w14:paraId="569943EE" w14:textId="6108E042" w:rsidR="001F3848" w:rsidRDefault="00C53E42">
      <w:pPr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71625407" wp14:editId="0614B66D">
            <wp:simplePos x="0" y="0"/>
            <wp:positionH relativeFrom="column">
              <wp:posOffset>3280735</wp:posOffset>
            </wp:positionH>
            <wp:positionV relativeFrom="paragraph">
              <wp:posOffset>213995</wp:posOffset>
            </wp:positionV>
            <wp:extent cx="541020" cy="541020"/>
            <wp:effectExtent l="0" t="0" r="0" b="0"/>
            <wp:wrapNone/>
            <wp:docPr id="20" name="Picture 20" descr="Peanut Line Art Stock Illustrations – 1,419 Peanut Line Art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anut Line Art Stock Illustrations – 1,419 Peanut Line Art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1" locked="0" layoutInCell="1" allowOverlap="1" wp14:anchorId="160297D5" wp14:editId="07722433">
            <wp:simplePos x="0" y="0"/>
            <wp:positionH relativeFrom="column">
              <wp:posOffset>4267591</wp:posOffset>
            </wp:positionH>
            <wp:positionV relativeFrom="paragraph">
              <wp:posOffset>190500</wp:posOffset>
            </wp:positionV>
            <wp:extent cx="358140" cy="357260"/>
            <wp:effectExtent l="0" t="0" r="0" b="5080"/>
            <wp:wrapNone/>
            <wp:docPr id="22" name="Picture 22" descr="Isolated ripe soybeans pod with green leaf 12851082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solated ripe soybeans pod with green leaf 12851082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F0EB3E1" wp14:editId="08296952">
                <wp:simplePos x="0" y="0"/>
                <wp:positionH relativeFrom="column">
                  <wp:posOffset>4229100</wp:posOffset>
                </wp:positionH>
                <wp:positionV relativeFrom="paragraph">
                  <wp:posOffset>193675</wp:posOffset>
                </wp:positionV>
                <wp:extent cx="396240" cy="373380"/>
                <wp:effectExtent l="0" t="0" r="22860" b="2667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94BB77" id="Oval 15" o:spid="_x0000_s1026" style="position:absolute;margin-left:333pt;margin-top:15.25pt;width:31.2pt;height:29.4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" filled="f" strokecolor="#00b050" strokeweight="1.5pt"/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374DD14C" wp14:editId="79CA7E3A">
                <wp:simplePos x="0" y="0"/>
                <wp:positionH relativeFrom="column">
                  <wp:posOffset>3345180</wp:posOffset>
                </wp:positionH>
                <wp:positionV relativeFrom="paragraph">
                  <wp:posOffset>230505</wp:posOffset>
                </wp:positionV>
                <wp:extent cx="396240" cy="373380"/>
                <wp:effectExtent l="0" t="0" r="22860" b="2667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28ECDC" id="Oval 13" o:spid="_x0000_s1026" style="position:absolute;margin-left:263.4pt;margin-top:18.15pt;width:31.2pt;height:29.4pt;z-index: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" filled="f" strokecolor="#974706 [1609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7374D44F" wp14:editId="5582F812">
            <wp:simplePos x="0" y="0"/>
            <wp:positionH relativeFrom="column">
              <wp:posOffset>2560320</wp:posOffset>
            </wp:positionH>
            <wp:positionV relativeFrom="paragraph">
              <wp:posOffset>213995</wp:posOffset>
            </wp:positionV>
            <wp:extent cx="358140" cy="358140"/>
            <wp:effectExtent l="0" t="0" r="3810" b="0"/>
            <wp:wrapNone/>
            <wp:docPr id="18" name="Picture 18" descr="Fish in Marine Blue Line Art Style. Hand Drawn Nautical Icon. Outline Vector  Isolated Illustration. Stock Vector - Illustration of fish, food: 39588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sh in Marine Blue Line Art Style. Hand Drawn Nautical Icon. Outline Vector  Isolated Illustration. Stock Vector - Illustration of fish, food: 3958870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8875" r="92375">
                                  <a14:foregroundMark x1="8875" y1="33625" x2="8875" y2="33625"/>
                                  <a14:foregroundMark x1="40250" y1="46625" x2="40250" y2="46625"/>
                                  <a14:foregroundMark x1="47250" y1="46000" x2="47250" y2="46000"/>
                                  <a14:foregroundMark x1="56125" y1="45500" x2="56125" y2="45500"/>
                                  <a14:foregroundMark x1="76000" y1="46750" x2="76000" y2="46750"/>
                                  <a14:foregroundMark x1="92375" y1="53000" x2="92375" y2="53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90976" behindDoc="0" locked="0" layoutInCell="1" allowOverlap="1" wp14:anchorId="50BAD6E1" wp14:editId="6AD4D330">
                <wp:simplePos x="0" y="0"/>
                <wp:positionH relativeFrom="column">
                  <wp:posOffset>2529840</wp:posOffset>
                </wp:positionH>
                <wp:positionV relativeFrom="paragraph">
                  <wp:posOffset>213995</wp:posOffset>
                </wp:positionV>
                <wp:extent cx="396240" cy="373380"/>
                <wp:effectExtent l="0" t="0" r="22860" b="2667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27B118" id="Oval 12" o:spid="_x0000_s1026" style="position:absolute;margin-left:199.2pt;margin-top:16.85pt;width:31.2pt;height:29.4pt;z-index: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" filled="f" strokecolor="#00b0f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2560" behindDoc="1" locked="0" layoutInCell="1" allowOverlap="1" wp14:anchorId="5BA52E2B" wp14:editId="1407B72C">
            <wp:simplePos x="0" y="0"/>
            <wp:positionH relativeFrom="column">
              <wp:posOffset>5204460</wp:posOffset>
            </wp:positionH>
            <wp:positionV relativeFrom="paragraph">
              <wp:posOffset>194945</wp:posOffset>
            </wp:positionV>
            <wp:extent cx="297180" cy="297180"/>
            <wp:effectExtent l="0" t="0" r="0" b="7620"/>
            <wp:wrapNone/>
            <wp:docPr id="24" name="Picture 24" descr="Milk - Free food and restaurant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ilk - Free food and restaurant icon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6A5">
        <w:rPr>
          <w:noProof/>
        </w:rPr>
        <w:drawing>
          <wp:anchor distT="0" distB="0" distL="114300" distR="114300" simplePos="0" relativeHeight="251577344" behindDoc="1" locked="0" layoutInCell="1" allowOverlap="1" wp14:anchorId="281AAF70" wp14:editId="5B33E301">
            <wp:simplePos x="0" y="0"/>
            <wp:positionH relativeFrom="column">
              <wp:posOffset>1905000</wp:posOffset>
            </wp:positionH>
            <wp:positionV relativeFrom="paragraph">
              <wp:posOffset>282575</wp:posOffset>
            </wp:positionV>
            <wp:extent cx="167640" cy="224790"/>
            <wp:effectExtent l="0" t="0" r="3810" b="3810"/>
            <wp:wrapNone/>
            <wp:docPr id="16" name="Picture 16" descr="Plain Easter Eggs Clip Art - Egg Shape Outline - (1182x1586) Png Clipart 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in Easter Eggs Clip Art - Egg Shape Outline - (1182x1586) Png Clipart  Downloa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noProof/>
        </w:rPr>
        <w:drawing>
          <wp:anchor distT="0" distB="0" distL="114300" distR="114300" simplePos="0" relativeHeight="251241472" behindDoc="1" locked="0" layoutInCell="1" allowOverlap="1" wp14:anchorId="202DA6C1" wp14:editId="1DF81EEF">
            <wp:simplePos x="0" y="0"/>
            <wp:positionH relativeFrom="column">
              <wp:posOffset>852538</wp:posOffset>
            </wp:positionH>
            <wp:positionV relativeFrom="paragraph">
              <wp:posOffset>271145</wp:posOffset>
            </wp:positionV>
            <wp:extent cx="385472" cy="273966"/>
            <wp:effectExtent l="0" t="0" r="0" b="0"/>
            <wp:wrapNone/>
            <wp:docPr id="9" name="Picture 9" descr="4,000+ Crab Line Art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,000+ Crab Line Art Stock Photos, Pictures &amp; Royalty-Free Image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8301" b="79303" l="17974" r="82190">
                                  <a14:foregroundMark x1="32516" y1="20479" x2="32516" y2="20479"/>
                                  <a14:foregroundMark x1="61275" y1="76471" x2="61275" y2="76471"/>
                                  <a14:foregroundMark x1="82026" y1="46623" x2="82026" y2="46623"/>
                                  <a14:foregroundMark x1="75163" y1="78431" x2="75163" y2="78431"/>
                                  <a14:foregroundMark x1="82190" y1="68845" x2="82190" y2="68845"/>
                                  <a14:foregroundMark x1="39052" y1="18301" x2="39052" y2="18301"/>
                                  <a14:foregroundMark x1="18627" y1="46187" x2="18627" y2="46187"/>
                                  <a14:foregroundMark x1="18137" y1="64706" x2="18137" y2="64706"/>
                                  <a14:foregroundMark x1="23856" y1="79085" x2="23856" y2="79085"/>
                                  <a14:foregroundMark x1="42974" y1="79303" x2="42974" y2="793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9" t="16341" r="15194" b="17762"/>
                    <a:stretch/>
                  </pic:blipFill>
                  <pic:spPr bwMode="auto">
                    <a:xfrm>
                      <a:off x="0" y="0"/>
                      <a:ext cx="385472" cy="27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201536" behindDoc="0" locked="0" layoutInCell="1" allowOverlap="1" wp14:anchorId="4A3BD372" wp14:editId="6964F35E">
                <wp:simplePos x="0" y="0"/>
                <wp:positionH relativeFrom="column">
                  <wp:posOffset>835025</wp:posOffset>
                </wp:positionH>
                <wp:positionV relativeFrom="paragraph">
                  <wp:posOffset>240030</wp:posOffset>
                </wp:positionV>
                <wp:extent cx="396240" cy="373380"/>
                <wp:effectExtent l="0" t="0" r="22860" b="2667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501C45" id="Oval 8" o:spid="_x0000_s1026" style="position:absolute;margin-left:65.75pt;margin-top:18.9pt;width:31.2pt;height:29.4pt;z-index:25120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" filled="f" strokecolor="#4f81bd [3204]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31584" behindDoc="0" locked="0" layoutInCell="1" allowOverlap="1" wp14:anchorId="765F5D3B" wp14:editId="3FCEE45B">
                <wp:simplePos x="0" y="0"/>
                <wp:positionH relativeFrom="column">
                  <wp:posOffset>1783080</wp:posOffset>
                </wp:positionH>
                <wp:positionV relativeFrom="paragraph">
                  <wp:posOffset>209550</wp:posOffset>
                </wp:positionV>
                <wp:extent cx="396240" cy="373380"/>
                <wp:effectExtent l="0" t="0" r="22860" b="2667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11D03" id="Oval 11" o:spid="_x0000_s1026" style="position:absolute;margin-left:140.4pt;margin-top:16.5pt;width:31.2pt;height:29.4pt;z-index:2513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" filled="f" strokecolor="#ffc000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746F00D0" wp14:editId="6181C4E7">
                <wp:simplePos x="0" y="0"/>
                <wp:positionH relativeFrom="column">
                  <wp:posOffset>5158740</wp:posOffset>
                </wp:positionH>
                <wp:positionV relativeFrom="paragraph">
                  <wp:posOffset>175895</wp:posOffset>
                </wp:positionV>
                <wp:extent cx="396240" cy="373380"/>
                <wp:effectExtent l="0" t="0" r="22860" b="2667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A76D62" id="Oval 14" o:spid="_x0000_s1026" style="position:absolute;margin-left:406.2pt;margin-top:13.85pt;width:31.2pt;height:29.4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" filled="f" strokecolor="#0070c0" strokeweight="1.5pt"/>
            </w:pict>
          </mc:Fallback>
        </mc:AlternateContent>
      </w:r>
      <w:r w:rsidR="008D0AA9">
        <w:rPr>
          <w:noProof/>
        </w:rPr>
        <w:drawing>
          <wp:anchor distT="0" distB="0" distL="114300" distR="114300" simplePos="0" relativeHeight="251112448" behindDoc="1" locked="0" layoutInCell="1" allowOverlap="1" wp14:anchorId="255F9BFB" wp14:editId="440E4241">
            <wp:simplePos x="0" y="0"/>
            <wp:positionH relativeFrom="column">
              <wp:posOffset>142875</wp:posOffset>
            </wp:positionH>
            <wp:positionV relativeFrom="paragraph">
              <wp:posOffset>232410</wp:posOffset>
            </wp:positionV>
            <wp:extent cx="124434" cy="320040"/>
            <wp:effectExtent l="0" t="0" r="9525" b="3810"/>
            <wp:wrapNone/>
            <wp:docPr id="6" name="Picture 6" descr="Wheat Set Stock Illustrations – 63,558 Wheat Set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eat Set Stock Illustrations – 63,558 Wheat Set Stock Illustrations, 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28375" b="77375" l="10125" r="28125">
                                  <a14:foregroundMark x1="12625" y1="55000" x2="12625" y2="55000"/>
                                  <a14:foregroundMark x1="24375" y1="56250" x2="24375" y2="56250"/>
                                  <a14:foregroundMark x1="24125" y1="47750" x2="24125" y2="47750"/>
                                  <a14:foregroundMark x1="12875" y1="45875" x2="12875" y2="45875"/>
                                  <a14:foregroundMark x1="13875" y1="39625" x2="13875" y2="39625"/>
                                  <a14:foregroundMark x1="18125" y1="32875" x2="18125" y2="32875"/>
                                  <a14:foregroundMark x1="23250" y1="39000" x2="23250" y2="39000"/>
                                  <a14:foregroundMark x1="10125" y1="61125" x2="10125" y2="61125"/>
                                  <a14:foregroundMark x1="18750" y1="77375" x2="18750" y2="7737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2693" r="69487" b="20256"/>
                    <a:stretch/>
                  </pic:blipFill>
                  <pic:spPr bwMode="auto">
                    <a:xfrm>
                      <a:off x="0" y="0"/>
                      <a:ext cx="124434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076608" behindDoc="0" locked="0" layoutInCell="1" allowOverlap="1" wp14:anchorId="140B4CDD" wp14:editId="75F97E58">
                <wp:simplePos x="0" y="0"/>
                <wp:positionH relativeFrom="column">
                  <wp:posOffset>1905</wp:posOffset>
                </wp:positionH>
                <wp:positionV relativeFrom="paragraph">
                  <wp:posOffset>232410</wp:posOffset>
                </wp:positionV>
                <wp:extent cx="396240" cy="373380"/>
                <wp:effectExtent l="0" t="0" r="22860" b="266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7AC3B8" id="Oval 5" o:spid="_x0000_s1026" style="position:absolute;margin-left:.15pt;margin-top:18.3pt;width:31.2pt;height:29.4pt;z-index:25107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" filled="f" strokecolor="#f79646 [3209]" strokeweight="1.5pt"/>
            </w:pict>
          </mc:Fallback>
        </mc:AlternateContent>
      </w:r>
      <w:r w:rsidR="000268D5">
        <w:rPr>
          <w:b/>
          <w:sz w:val="20"/>
        </w:rPr>
        <w:t>LEGENDA ALERGENA:</w:t>
      </w:r>
    </w:p>
    <w:p w14:paraId="345E3B05" w14:textId="4C2F8D23" w:rsidR="005409D1" w:rsidRDefault="00C53E42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3808D6" wp14:editId="407CBD35">
                <wp:simplePos x="0" y="0"/>
                <wp:positionH relativeFrom="column">
                  <wp:posOffset>4427220</wp:posOffset>
                </wp:positionH>
                <wp:positionV relativeFrom="paragraph">
                  <wp:posOffset>215900</wp:posOffset>
                </wp:positionV>
                <wp:extent cx="1821180" cy="655320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9CA7E" w14:textId="55FD89A7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Mlijeko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mliječni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808D6" id="Rectangle 25" o:spid="_x0000_s1026" style="position:absolute;margin-left:348.6pt;margin-top:17pt;width:143.4pt;height:51.6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" filled="f" stroked="f">
                <v:textbox>
                  <w:txbxContent>
                    <w:p w14:paraId="3FD9CA7E" w14:textId="55FD89A7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7. </w:t>
                      </w:r>
                      <w:proofErr w:type="spellStart"/>
                      <w:r>
                        <w:rPr>
                          <w:sz w:val="17"/>
                        </w:rPr>
                        <w:t>Mlijeko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mliječni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5BD0AE9" wp14:editId="012FD276">
                <wp:simplePos x="0" y="0"/>
                <wp:positionH relativeFrom="column">
                  <wp:posOffset>3489960</wp:posOffset>
                </wp:positionH>
                <wp:positionV relativeFrom="paragraph">
                  <wp:posOffset>231140</wp:posOffset>
                </wp:positionV>
                <wp:extent cx="1821180" cy="65532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7BC07" w14:textId="4947D6B6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6.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Zrno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D0AE9" id="Rectangle 23" o:spid="_x0000_s1027" style="position:absolute;margin-left:274.8pt;margin-top:18.2pt;width:143.4pt;height:51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" filled="f" stroked="f">
                <v:textbox>
                  <w:txbxContent>
                    <w:p w14:paraId="33D7BC07" w14:textId="4947D6B6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6. </w:t>
                      </w:r>
                      <w:proofErr w:type="spellStart"/>
                      <w:r>
                        <w:rPr>
                          <w:sz w:val="17"/>
                        </w:rPr>
                        <w:t>Zrno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9B2FF3A" wp14:editId="205CBE66">
                <wp:simplePos x="0" y="0"/>
                <wp:positionH relativeFrom="column">
                  <wp:posOffset>2613660</wp:posOffset>
                </wp:positionH>
                <wp:positionV relativeFrom="paragraph">
                  <wp:posOffset>238760</wp:posOffset>
                </wp:positionV>
                <wp:extent cx="1821180" cy="65532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3F9AF" w14:textId="22085C90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2FF3A" id="Rectangle 21" o:spid="_x0000_s1028" style="position:absolute;margin-left:205.8pt;margin-top:18.8pt;width:143.4pt;height:5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" filled="f" stroked="f">
                <v:textbox>
                  <w:txbxContent>
                    <w:p w14:paraId="0443F9AF" w14:textId="22085C90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5. </w:t>
                      </w:r>
                      <w:proofErr w:type="spellStart"/>
                      <w:r>
                        <w:rPr>
                          <w:sz w:val="17"/>
                        </w:rPr>
                        <w:t>Kikiriki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kikirikija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EC5094" wp14:editId="333770F0">
                <wp:simplePos x="0" y="0"/>
                <wp:positionH relativeFrom="column">
                  <wp:posOffset>1783080</wp:posOffset>
                </wp:positionH>
                <wp:positionV relativeFrom="paragraph">
                  <wp:posOffset>237490</wp:posOffset>
                </wp:positionV>
                <wp:extent cx="1821180" cy="65532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455C3" w14:textId="7717CCF4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Riba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C5094" id="Rectangle 19" o:spid="_x0000_s1029" style="position:absolute;margin-left:140.4pt;margin-top:18.7pt;width:143.4pt;height:5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" filled="f" stroked="f">
                <v:textbox>
                  <w:txbxContent>
                    <w:p w14:paraId="725455C3" w14:textId="7717CCF4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4. </w:t>
                      </w:r>
                      <w:proofErr w:type="spellStart"/>
                      <w:r>
                        <w:rPr>
                          <w:sz w:val="17"/>
                        </w:rPr>
                        <w:t>Riba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FD88EB9" wp14:editId="511F0D30">
                <wp:simplePos x="0" y="0"/>
                <wp:positionH relativeFrom="column">
                  <wp:posOffset>1059180</wp:posOffset>
                </wp:positionH>
                <wp:positionV relativeFrom="paragraph">
                  <wp:posOffset>254000</wp:posOffset>
                </wp:positionV>
                <wp:extent cx="1821180" cy="65532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71B0" w14:textId="4E46B86F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88EB9" id="Rectangle 17" o:spid="_x0000_s1030" style="position:absolute;margin-left:83.4pt;margin-top:20pt;width:143.4pt;height:51.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nh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" filled="f" stroked="f">
                <v:textbox>
                  <w:txbxContent>
                    <w:p w14:paraId="653071B0" w14:textId="4E46B86F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3.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BC36A5">
        <w:rPr>
          <w:noProof/>
        </w:rPr>
        <mc:AlternateContent>
          <mc:Choice Requires="wps">
            <w:drawing>
              <wp:anchor distT="0" distB="0" distL="114300" distR="114300" simplePos="0" relativeHeight="251276288" behindDoc="0" locked="0" layoutInCell="1" allowOverlap="1" wp14:anchorId="10F8D4D4" wp14:editId="7610495F">
                <wp:simplePos x="0" y="0"/>
                <wp:positionH relativeFrom="column">
                  <wp:posOffset>213360</wp:posOffset>
                </wp:positionH>
                <wp:positionV relativeFrom="paragraph">
                  <wp:posOffset>257175</wp:posOffset>
                </wp:positionV>
                <wp:extent cx="1821180" cy="65532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09CBC" w14:textId="02B4F24C" w:rsidR="008D0AA9" w:rsidRDefault="008D0AA9" w:rsidP="008D0AA9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>od</w:t>
                            </w:r>
                            <w:r w:rsidRPr="005409D1"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8D4D4" id="Rectangle 10" o:spid="_x0000_s1031" style="position:absolute;margin-left:16.8pt;margin-top:20.25pt;width:143.4pt;height:51.6pt;z-index: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" filled="f" stroked="f">
                <v:textbox>
                  <w:txbxContent>
                    <w:p w14:paraId="0F109CBC" w14:textId="02B4F24C" w:rsidR="008D0AA9" w:rsidRDefault="008D0AA9" w:rsidP="008D0AA9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2. </w:t>
                      </w:r>
                      <w:proofErr w:type="spellStart"/>
                      <w:r>
                        <w:rPr>
                          <w:sz w:val="17"/>
                        </w:rPr>
                        <w:t>Rakovi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>od</w:t>
                      </w:r>
                      <w:r w:rsidRPr="005409D1"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rakova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8D0AA9">
        <w:rPr>
          <w:noProof/>
        </w:rPr>
        <mc:AlternateContent>
          <mc:Choice Requires="wps">
            <w:drawing>
              <wp:anchor distT="0" distB="0" distL="114300" distR="114300" simplePos="0" relativeHeight="251145216" behindDoc="0" locked="0" layoutInCell="1" allowOverlap="1" wp14:anchorId="1FBBE7BA" wp14:editId="0CD15219">
                <wp:simplePos x="0" y="0"/>
                <wp:positionH relativeFrom="column">
                  <wp:posOffset>-647700</wp:posOffset>
                </wp:positionH>
                <wp:positionV relativeFrom="paragraph">
                  <wp:posOffset>333375</wp:posOffset>
                </wp:positionV>
                <wp:extent cx="1676400" cy="411480"/>
                <wp:effectExtent l="0" t="0" r="0" b="76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91800" w14:textId="253E5075" w:rsidR="005409D1" w:rsidRDefault="005409D1" w:rsidP="005409D1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Žitarice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8D0AA9"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sadrže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gluten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BE7BA" id="Rectangle 7" o:spid="_x0000_s1032" style="position:absolute;margin-left:-51pt;margin-top:26.25pt;width:132pt;height:32.4pt;z-index:25114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" filled="f" stroked="f">
                <v:textbox>
                  <w:txbxContent>
                    <w:p w14:paraId="18B91800" w14:textId="253E5075" w:rsidR="005409D1" w:rsidRDefault="005409D1" w:rsidP="005409D1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1. </w:t>
                      </w:r>
                      <w:proofErr w:type="spellStart"/>
                      <w:r>
                        <w:rPr>
                          <w:sz w:val="17"/>
                        </w:rPr>
                        <w:t>Žitarice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koje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 w:rsidR="008D0AA9"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sadrže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gluten  </w:t>
                      </w:r>
                    </w:p>
                  </w:txbxContent>
                </v:textbox>
              </v:rect>
            </w:pict>
          </mc:Fallback>
        </mc:AlternateContent>
      </w:r>
    </w:p>
    <w:p w14:paraId="27667191" w14:textId="02A00911" w:rsidR="005409D1" w:rsidRDefault="005409D1"/>
    <w:p w14:paraId="5CCE1824" w14:textId="72783079" w:rsidR="008D0AA9" w:rsidRDefault="00E475B5">
      <w:pPr>
        <w:spacing w:line="312" w:lineRule="auto"/>
        <w:rPr>
          <w:sz w:val="17"/>
        </w:rPr>
      </w:pPr>
      <w:r>
        <w:rPr>
          <w:noProof/>
        </w:rPr>
        <w:drawing>
          <wp:anchor distT="0" distB="0" distL="114300" distR="114300" simplePos="0" relativeHeight="252317696" behindDoc="1" locked="0" layoutInCell="1" allowOverlap="1" wp14:anchorId="7B431C89" wp14:editId="360F2E8A">
            <wp:simplePos x="0" y="0"/>
            <wp:positionH relativeFrom="column">
              <wp:posOffset>5110163</wp:posOffset>
            </wp:positionH>
            <wp:positionV relativeFrom="paragraph">
              <wp:posOffset>180340</wp:posOffset>
            </wp:positionV>
            <wp:extent cx="457200" cy="378746"/>
            <wp:effectExtent l="0" t="0" r="0" b="0"/>
            <wp:wrapNone/>
            <wp:docPr id="47" name="Picture 47" descr="Red Seashell Simple Nautical Souvenir Vector Stock Vector (Royalty Free)  193522164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Red Seashell Simple Nautical Souvenir Vector Stock Vector (Royalty Free)  1935221645 | Shuttersto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F5BD312" wp14:editId="715A2FDE">
                <wp:simplePos x="0" y="0"/>
                <wp:positionH relativeFrom="column">
                  <wp:posOffset>5146040</wp:posOffset>
                </wp:positionH>
                <wp:positionV relativeFrom="paragraph">
                  <wp:posOffset>161607</wp:posOffset>
                </wp:positionV>
                <wp:extent cx="396240" cy="373380"/>
                <wp:effectExtent l="0" t="0" r="22860" b="2667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ACF459" id="Oval 32" o:spid="_x0000_s1026" style="position:absolute;margin-left:405.2pt;margin-top:12.7pt;width:31.2pt;height:29.4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" filled="f" strokecolor="#c0000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03360" behindDoc="1" locked="0" layoutInCell="1" allowOverlap="1" wp14:anchorId="789A52D0" wp14:editId="59DB320B">
            <wp:simplePos x="0" y="0"/>
            <wp:positionH relativeFrom="column">
              <wp:posOffset>4372927</wp:posOffset>
            </wp:positionH>
            <wp:positionV relativeFrom="paragraph">
              <wp:posOffset>228917</wp:posOffset>
            </wp:positionV>
            <wp:extent cx="252412" cy="252412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noProof/>
        </w:rPr>
        <w:drawing>
          <wp:anchor distT="0" distB="0" distL="114300" distR="114300" simplePos="0" relativeHeight="252279808" behindDoc="1" locked="0" layoutInCell="1" allowOverlap="1" wp14:anchorId="7933B71C" wp14:editId="736A5775">
            <wp:simplePos x="0" y="0"/>
            <wp:positionH relativeFrom="column">
              <wp:posOffset>3585845</wp:posOffset>
            </wp:positionH>
            <wp:positionV relativeFrom="paragraph">
              <wp:posOffset>121285</wp:posOffset>
            </wp:positionV>
            <wp:extent cx="400050" cy="400050"/>
            <wp:effectExtent l="0" t="0" r="0" b="0"/>
            <wp:wrapNone/>
            <wp:docPr id="42" name="Picture 42" descr="Purple Erlenmeyer Flask with Liquid and Bubbles Scientific Chemistry  Laboratory Icon Stock Illustration - Illustration of education, science:  411669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urple Erlenmeyer Flask with Liquid and Bubbles Scientific Chemistry  Laboratory Icon Stock Illustration - Illustration of education, science:  4116698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54125" y1="75250" x2="54125" y2="75250"/>
                                  <a14:foregroundMark x1="50875" y1="15750" x2="50875" y2="15750"/>
                                  <a14:foregroundMark x1="71000" y1="72750" x2="71000" y2="72750"/>
                                  <a14:foregroundMark x1="72750" y1="83125" x2="72750" y2="83125"/>
                                  <a14:foregroundMark x1="31250" y1="69250" x2="31250" y2="692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F542110" wp14:editId="2F41965C">
                <wp:simplePos x="0" y="0"/>
                <wp:positionH relativeFrom="column">
                  <wp:posOffset>3583622</wp:posOffset>
                </wp:positionH>
                <wp:positionV relativeFrom="paragraph">
                  <wp:posOffset>148273</wp:posOffset>
                </wp:positionV>
                <wp:extent cx="396240" cy="373380"/>
                <wp:effectExtent l="0" t="0" r="22860" b="2667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DE79F7" id="Oval 30" o:spid="_x0000_s1026" style="position:absolute;margin-left:282.15pt;margin-top:11.7pt;width:31.2pt;height:29.4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" filled="f" strokecolor="#7030a0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49088" behindDoc="1" locked="0" layoutInCell="1" allowOverlap="1" wp14:anchorId="6BBED592" wp14:editId="3B74CE12">
            <wp:simplePos x="0" y="0"/>
            <wp:positionH relativeFrom="column">
              <wp:posOffset>2680970</wp:posOffset>
            </wp:positionH>
            <wp:positionV relativeFrom="paragraph">
              <wp:posOffset>126683</wp:posOffset>
            </wp:positionV>
            <wp:extent cx="462915" cy="462915"/>
            <wp:effectExtent l="0" t="0" r="0" b="0"/>
            <wp:wrapNone/>
            <wp:docPr id="40" name="Picture 40" descr="Sesame seeds Vectors - Download Free High-Quality Vector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esame seeds Vectors - Download Free High-Quality Vector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5CDE9F" wp14:editId="45068053">
                <wp:simplePos x="0" y="0"/>
                <wp:positionH relativeFrom="column">
                  <wp:posOffset>2707005</wp:posOffset>
                </wp:positionH>
                <wp:positionV relativeFrom="paragraph">
                  <wp:posOffset>157797</wp:posOffset>
                </wp:positionV>
                <wp:extent cx="396240" cy="373380"/>
                <wp:effectExtent l="0" t="0" r="22860" b="2667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E2813D" id="Oval 29" o:spid="_x0000_s1026" style="position:absolute;margin-left:213.15pt;margin-top:12.4pt;width:31.2pt;height:29.4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" filled="f" strokecolor="#e36c0a [2409]" strokeweight="1.5pt"/>
            </w:pict>
          </mc:Fallback>
        </mc:AlternateContent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AE03405" wp14:editId="7D836693">
                <wp:simplePos x="0" y="0"/>
                <wp:positionH relativeFrom="column">
                  <wp:posOffset>4295140</wp:posOffset>
                </wp:positionH>
                <wp:positionV relativeFrom="paragraph">
                  <wp:posOffset>172402</wp:posOffset>
                </wp:positionV>
                <wp:extent cx="396240" cy="373380"/>
                <wp:effectExtent l="0" t="0" r="22860" b="2667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89A27F" id="Oval 31" o:spid="_x0000_s1026" style="position:absolute;margin-left:338.2pt;margin-top:13.55pt;width:31.2pt;height:29.4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" filled="f" strokecolor="#b2a1c7 [1943]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00960" behindDoc="1" locked="0" layoutInCell="1" allowOverlap="1" wp14:anchorId="30D11502" wp14:editId="617667A0">
            <wp:simplePos x="0" y="0"/>
            <wp:positionH relativeFrom="column">
              <wp:posOffset>1875790</wp:posOffset>
            </wp:positionH>
            <wp:positionV relativeFrom="paragraph">
              <wp:posOffset>195580</wp:posOffset>
            </wp:positionV>
            <wp:extent cx="144821" cy="274090"/>
            <wp:effectExtent l="0" t="0" r="7620" b="0"/>
            <wp:wrapNone/>
            <wp:docPr id="38" name="Picture 38" descr="Food Clip Art - Mustard Clipart - (900x1539) Png Clipart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od Clip Art - Mustard Clipart - (900x1539) Png Clipart Downloa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1" cy="2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907B47E" wp14:editId="7BDF6D0C">
                <wp:simplePos x="0" y="0"/>
                <wp:positionH relativeFrom="column">
                  <wp:posOffset>1755457</wp:posOffset>
                </wp:positionH>
                <wp:positionV relativeFrom="paragraph">
                  <wp:posOffset>164465</wp:posOffset>
                </wp:positionV>
                <wp:extent cx="396240" cy="373380"/>
                <wp:effectExtent l="0" t="0" r="22860" b="2667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FF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C92C7D" id="Oval 28" o:spid="_x0000_s1026" style="position:absolute;margin-left:138.2pt;margin-top:12.95pt;width:31.2pt;height:29.4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" filled="f" strokecolor="yellow" strokeweight="1.5pt"/>
            </w:pict>
          </mc:Fallback>
        </mc:AlternateContent>
      </w:r>
      <w:r w:rsidR="00C53E42">
        <w:rPr>
          <w:noProof/>
        </w:rPr>
        <w:drawing>
          <wp:anchor distT="0" distB="0" distL="114300" distR="114300" simplePos="0" relativeHeight="252162048" behindDoc="1" locked="0" layoutInCell="1" allowOverlap="1" wp14:anchorId="1243810C" wp14:editId="4CDD4F82">
            <wp:simplePos x="0" y="0"/>
            <wp:positionH relativeFrom="column">
              <wp:posOffset>898796</wp:posOffset>
            </wp:positionH>
            <wp:positionV relativeFrom="paragraph">
              <wp:posOffset>173947</wp:posOffset>
            </wp:positionV>
            <wp:extent cx="177074" cy="360756"/>
            <wp:effectExtent l="0" t="0" r="0" b="1270"/>
            <wp:wrapNone/>
            <wp:docPr id="35" name="Picture 35" descr="Celery Green Organic Photos Free Download PNG HQ Transparent HQ PNG  Download | FreePN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elery Green Organic Photos Free Download PNG HQ Transparent HQ PNG  Download | FreePNGim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04" b="33480"/>
                    <a:stretch/>
                  </pic:blipFill>
                  <pic:spPr bwMode="auto">
                    <a:xfrm>
                      <a:off x="0" y="0"/>
                      <a:ext cx="177074" cy="3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noProof/>
        </w:rPr>
        <w:drawing>
          <wp:anchor distT="0" distB="0" distL="114300" distR="114300" simplePos="0" relativeHeight="252101632" behindDoc="1" locked="0" layoutInCell="1" allowOverlap="1" wp14:anchorId="4E7E38DD" wp14:editId="18D6DFD1">
            <wp:simplePos x="0" y="0"/>
            <wp:positionH relativeFrom="column">
              <wp:posOffset>572</wp:posOffset>
            </wp:positionH>
            <wp:positionV relativeFrom="paragraph">
              <wp:posOffset>183643</wp:posOffset>
            </wp:positionV>
            <wp:extent cx="379562" cy="379562"/>
            <wp:effectExtent l="0" t="0" r="1905" b="0"/>
            <wp:wrapNone/>
            <wp:docPr id="33" name="Picture 33" descr="Walnut Clip Art Transparent, Walnut Clip Art, Walnut, Walnut Nut PNG  Transparent Image and Clipart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alnut Clip Art Transparent, Walnut Clip Art, Walnut, Walnut Nut PNG  Transparent Image and Clipart for Free Downloa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62" cy="37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C57E535" wp14:editId="4529F774">
                <wp:simplePos x="0" y="0"/>
                <wp:positionH relativeFrom="column">
                  <wp:posOffset>800100</wp:posOffset>
                </wp:positionH>
                <wp:positionV relativeFrom="paragraph">
                  <wp:posOffset>163830</wp:posOffset>
                </wp:positionV>
                <wp:extent cx="396240" cy="373380"/>
                <wp:effectExtent l="0" t="0" r="22860" b="266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92D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994E2B" id="Oval 27" o:spid="_x0000_s1026" style="position:absolute;margin-left:63pt;margin-top:12.9pt;width:31.2pt;height:29.4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" filled="f" strokecolor="#92d050" strokeweight="1.5pt"/>
            </w:pict>
          </mc:Fallback>
        </mc:AlternateContent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D30077B" wp14:editId="3C314837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396240" cy="373380"/>
                <wp:effectExtent l="0" t="0" r="22860" b="2667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DC5E41" id="Oval 26" o:spid="_x0000_s1026" style="position:absolute;margin-left:0;margin-top:15pt;width:31.2pt;height:29.4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" filled="f" strokecolor="#938953 [1614]" strokeweight="1.5pt"/>
            </w:pict>
          </mc:Fallback>
        </mc:AlternateContent>
      </w:r>
      <w:r w:rsidR="000268D5">
        <w:rPr>
          <w:sz w:val="17"/>
        </w:rPr>
        <w:t xml:space="preserve"> </w:t>
      </w:r>
    </w:p>
    <w:p w14:paraId="2E82E870" w14:textId="0357C033" w:rsidR="009672A3" w:rsidRPr="009672A3" w:rsidRDefault="00E475B5" w:rsidP="00E475B5">
      <w:p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6BF69B56" wp14:editId="54F56EEA">
                <wp:simplePos x="0" y="0"/>
                <wp:positionH relativeFrom="column">
                  <wp:posOffset>4457700</wp:posOffset>
                </wp:positionH>
                <wp:positionV relativeFrom="paragraph">
                  <wp:posOffset>160655</wp:posOffset>
                </wp:positionV>
                <wp:extent cx="1821180" cy="655320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87827" w14:textId="0E0CF66C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Mekušci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mekušaca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69B56" id="Rectangle 48" o:spid="_x0000_s1033" style="position:absolute;margin-left:351pt;margin-top:12.65pt;width:143.4pt;height:51.6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/5i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" filled="f" stroked="f">
                <v:textbox>
                  <w:txbxContent>
                    <w:p w14:paraId="69087827" w14:textId="0E0CF66C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14. </w:t>
                      </w:r>
                      <w:proofErr w:type="spellStart"/>
                      <w:r>
                        <w:rPr>
                          <w:sz w:val="17"/>
                        </w:rPr>
                        <w:t>Mekušci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mekušaca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21B1E1EE" wp14:editId="5AB2995C">
                <wp:simplePos x="0" y="0"/>
                <wp:positionH relativeFrom="column">
                  <wp:posOffset>3567112</wp:posOffset>
                </wp:positionH>
                <wp:positionV relativeFrom="paragraph">
                  <wp:posOffset>232093</wp:posOffset>
                </wp:positionV>
                <wp:extent cx="1821180" cy="655320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08427" w14:textId="1E07C59E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Lupina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lupine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1E1EE" id="Rectangle 46" o:spid="_x0000_s1034" style="position:absolute;margin-left:280.85pt;margin-top:18.3pt;width:143.4pt;height:51.6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" filled="f" stroked="f">
                <v:textbox>
                  <w:txbxContent>
                    <w:p w14:paraId="41908427" w14:textId="1E07C59E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13. </w:t>
                      </w:r>
                      <w:proofErr w:type="spellStart"/>
                      <w:r>
                        <w:rPr>
                          <w:sz w:val="17"/>
                        </w:rPr>
                        <w:t>Lupina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lupine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1AD043E" wp14:editId="05AE1DC9">
                <wp:simplePos x="0" y="0"/>
                <wp:positionH relativeFrom="column">
                  <wp:posOffset>1942783</wp:posOffset>
                </wp:positionH>
                <wp:positionV relativeFrom="paragraph">
                  <wp:posOffset>233045</wp:posOffset>
                </wp:positionV>
                <wp:extent cx="1821180" cy="655320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529EF" w14:textId="3B00D56F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Sjeme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smjese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043E" id="Rectangle 41" o:spid="_x0000_s1035" style="position:absolute;margin-left:153pt;margin-top:18.35pt;width:143.4pt;height:51.6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" filled="f" stroked="f">
                <v:textbox>
                  <w:txbxContent>
                    <w:p w14:paraId="2E1529EF" w14:textId="3B00D56F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11. </w:t>
                      </w:r>
                      <w:proofErr w:type="spellStart"/>
                      <w:r>
                        <w:rPr>
                          <w:sz w:val="17"/>
                        </w:rPr>
                        <w:t>Sjeme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od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smjese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5388DFB0" wp14:editId="0A5EA9FE">
                <wp:simplePos x="0" y="0"/>
                <wp:positionH relativeFrom="column">
                  <wp:posOffset>2828290</wp:posOffset>
                </wp:positionH>
                <wp:positionV relativeFrom="paragraph">
                  <wp:posOffset>233680</wp:posOffset>
                </wp:positionV>
                <wp:extent cx="1821180" cy="65532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EA328" w14:textId="09FE188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Sumporni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dioksid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sulfiti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8DFB0" id="Rectangle 43" o:spid="_x0000_s1036" style="position:absolute;margin-left:222.7pt;margin-top:18.4pt;width:143.4pt;height:51.6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" filled="f" stroked="f">
                <v:textbox>
                  <w:txbxContent>
                    <w:p w14:paraId="650EA328" w14:textId="09FE188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12. </w:t>
                      </w:r>
                      <w:proofErr w:type="spellStart"/>
                      <w:r>
                        <w:rPr>
                          <w:sz w:val="17"/>
                        </w:rPr>
                        <w:t>Sumporni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dioksid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sulfiti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0D73662" wp14:editId="0D58D570">
                <wp:simplePos x="0" y="0"/>
                <wp:positionH relativeFrom="column">
                  <wp:posOffset>999807</wp:posOffset>
                </wp:positionH>
                <wp:positionV relativeFrom="paragraph">
                  <wp:posOffset>223837</wp:posOffset>
                </wp:positionV>
                <wp:extent cx="1821180" cy="655320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E485A" w14:textId="2A08DFB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10.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73662" id="Rectangle 39" o:spid="_x0000_s1037" style="position:absolute;margin-left:78.7pt;margin-top:17.6pt;width:143.4pt;height:51.6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" filled="f" stroked="f">
                <v:textbox>
                  <w:txbxContent>
                    <w:p w14:paraId="684E485A" w14:textId="2A08DFB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10. </w:t>
                      </w:r>
                      <w:proofErr w:type="spellStart"/>
                      <w:r>
                        <w:rPr>
                          <w:sz w:val="17"/>
                        </w:rPr>
                        <w:t>Gorušica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gorušice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0D355204" wp14:editId="7F8D2A77">
                <wp:simplePos x="0" y="0"/>
                <wp:positionH relativeFrom="column">
                  <wp:posOffset>92133</wp:posOffset>
                </wp:positionH>
                <wp:positionV relativeFrom="paragraph">
                  <wp:posOffset>163830</wp:posOffset>
                </wp:positionV>
                <wp:extent cx="1821180" cy="655320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264AB" w14:textId="5D1D976E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9.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Celer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njegovi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55204" id="Rectangle 37" o:spid="_x0000_s1038" style="position:absolute;margin-left:7.25pt;margin-top:12.9pt;width:143.4pt;height:51.6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" filled="f" stroked="f">
                <v:textbox>
                  <w:txbxContent>
                    <w:p w14:paraId="490264AB" w14:textId="5D1D976E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9. </w:t>
                      </w:r>
                      <w:proofErr w:type="spellStart"/>
                      <w:r>
                        <w:rPr>
                          <w:sz w:val="17"/>
                        </w:rPr>
                        <w:t>Celer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njegovi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C53E42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54C2490" wp14:editId="08D9F35F">
                <wp:simplePos x="0" y="0"/>
                <wp:positionH relativeFrom="column">
                  <wp:posOffset>-730272</wp:posOffset>
                </wp:positionH>
                <wp:positionV relativeFrom="paragraph">
                  <wp:posOffset>164982</wp:posOffset>
                </wp:positionV>
                <wp:extent cx="1821180" cy="65532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CB35B" w14:textId="73AB1A91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8.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Orašasto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voće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C2490" id="Rectangle 34" o:spid="_x0000_s1039" style="position:absolute;margin-left:-57.5pt;margin-top:13pt;width:143.4pt;height:51.6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" filled="f" stroked="f">
                <v:textbox>
                  <w:txbxContent>
                    <w:p w14:paraId="4F8CB35B" w14:textId="73AB1A91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8. </w:t>
                      </w:r>
                      <w:proofErr w:type="spellStart"/>
                      <w:r>
                        <w:rPr>
                          <w:sz w:val="17"/>
                        </w:rPr>
                        <w:t>Orašasto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voće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7355D6F3" w14:textId="5875171A" w:rsidR="009672A3" w:rsidRPr="009672A3" w:rsidRDefault="00E475B5" w:rsidP="00E475B5">
      <w:pPr>
        <w:tabs>
          <w:tab w:val="left" w:pos="6060"/>
        </w:tabs>
      </w:pPr>
      <w:r>
        <w:rPr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006976" behindDoc="0" locked="0" layoutInCell="1" allowOverlap="1" wp14:anchorId="38C72314" wp14:editId="2FDCA6BC">
                <wp:simplePos x="0" y="0"/>
                <wp:positionH relativeFrom="column">
                  <wp:posOffset>1140777</wp:posOffset>
                </wp:positionH>
                <wp:positionV relativeFrom="paragraph">
                  <wp:posOffset>286702</wp:posOffset>
                </wp:positionV>
                <wp:extent cx="3870960" cy="5334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EDC84" w14:textId="77777777" w:rsidR="00324C1C" w:rsidRDefault="00324C1C" w:rsidP="00324C1C">
                            <w:pPr>
                              <w:spacing w:before="400"/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Jelovnik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je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podložan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promjenama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zbog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objektivnih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razloga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>.</w:t>
                            </w:r>
                          </w:p>
                          <w:p w14:paraId="0125E2E1" w14:textId="77777777" w:rsidR="00324C1C" w:rsidRDefault="00324C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723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margin-left:89.8pt;margin-top:22.55pt;width:304.8pt;height:42pt;z-index:2510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" filled="f" stroked="f">
                <v:textbox>
                  <w:txbxContent>
                    <w:p w14:paraId="332EDC84" w14:textId="77777777" w:rsidR="00324C1C" w:rsidRDefault="00324C1C" w:rsidP="00324C1C">
                      <w:pPr>
                        <w:spacing w:before="400"/>
                      </w:pPr>
                      <w:proofErr w:type="spellStart"/>
                      <w:r>
                        <w:rPr>
                          <w:i/>
                          <w:sz w:val="20"/>
                        </w:rPr>
                        <w:t>Jelovnik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je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podložan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promjenama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zbog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objektivnih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razloga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>.</w:t>
                      </w:r>
                    </w:p>
                    <w:p w14:paraId="0125E2E1" w14:textId="77777777" w:rsidR="00324C1C" w:rsidRDefault="00324C1C"/>
                  </w:txbxContent>
                </v:textbox>
              </v:shape>
            </w:pict>
          </mc:Fallback>
        </mc:AlternateContent>
      </w:r>
      <w:r w:rsidR="009672A3">
        <w:tab/>
      </w:r>
    </w:p>
    <w:sectPr w:rsidR="009672A3" w:rsidRPr="009672A3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F7DC3" w14:textId="77777777" w:rsidR="009447DF" w:rsidRDefault="009447DF" w:rsidP="00B07659">
      <w:pPr>
        <w:spacing w:after="0" w:line="240" w:lineRule="auto"/>
      </w:pPr>
      <w:r>
        <w:separator/>
      </w:r>
    </w:p>
  </w:endnote>
  <w:endnote w:type="continuationSeparator" w:id="0">
    <w:p w14:paraId="541BE2AE" w14:textId="77777777" w:rsidR="009447DF" w:rsidRDefault="009447DF" w:rsidP="00B0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9217D" w14:textId="77777777" w:rsidR="009447DF" w:rsidRDefault="009447DF" w:rsidP="00B07659">
      <w:pPr>
        <w:spacing w:after="0" w:line="240" w:lineRule="auto"/>
      </w:pPr>
      <w:r>
        <w:separator/>
      </w:r>
    </w:p>
  </w:footnote>
  <w:footnote w:type="continuationSeparator" w:id="0">
    <w:p w14:paraId="570A444F" w14:textId="77777777" w:rsidR="009447DF" w:rsidRDefault="009447DF" w:rsidP="00B0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BEC"/>
    <w:rsid w:val="000268D5"/>
    <w:rsid w:val="00034616"/>
    <w:rsid w:val="0006063C"/>
    <w:rsid w:val="00107840"/>
    <w:rsid w:val="0015074B"/>
    <w:rsid w:val="00164D03"/>
    <w:rsid w:val="001D2440"/>
    <w:rsid w:val="001E783A"/>
    <w:rsid w:val="001F3848"/>
    <w:rsid w:val="002759E0"/>
    <w:rsid w:val="0029639D"/>
    <w:rsid w:val="002E0CDA"/>
    <w:rsid w:val="00324C1C"/>
    <w:rsid w:val="00326F90"/>
    <w:rsid w:val="0043064C"/>
    <w:rsid w:val="00452164"/>
    <w:rsid w:val="004C5EAA"/>
    <w:rsid w:val="004E6032"/>
    <w:rsid w:val="005409D1"/>
    <w:rsid w:val="0055559B"/>
    <w:rsid w:val="00585553"/>
    <w:rsid w:val="006A025E"/>
    <w:rsid w:val="00841D6E"/>
    <w:rsid w:val="00897A40"/>
    <w:rsid w:val="008D0AA9"/>
    <w:rsid w:val="008E45A9"/>
    <w:rsid w:val="009447DF"/>
    <w:rsid w:val="009672A3"/>
    <w:rsid w:val="00A07B18"/>
    <w:rsid w:val="00A81D30"/>
    <w:rsid w:val="00AA1D8D"/>
    <w:rsid w:val="00B07659"/>
    <w:rsid w:val="00B47730"/>
    <w:rsid w:val="00BC36A5"/>
    <w:rsid w:val="00C100D5"/>
    <w:rsid w:val="00C53E42"/>
    <w:rsid w:val="00CB0664"/>
    <w:rsid w:val="00D66FE8"/>
    <w:rsid w:val="00D844A5"/>
    <w:rsid w:val="00E475B5"/>
    <w:rsid w:val="00EE2121"/>
    <w:rsid w:val="00EE77C3"/>
    <w:rsid w:val="00F2369B"/>
    <w:rsid w:val="00F7795B"/>
    <w:rsid w:val="00FC693F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3FC4F"/>
  <w14:defaultImageDpi w14:val="300"/>
  <w15:docId w15:val="{8622D766-03DB-42A3-BD59-59B4BD51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0D5"/>
  </w:style>
  <w:style w:type="paragraph" w:styleId="Naslov1">
    <w:name w:val="heading 1"/>
    <w:basedOn w:val="Normal"/>
    <w:next w:val="Normal"/>
    <w:link w:val="Naslov1Char"/>
    <w:uiPriority w:val="9"/>
    <w:qFormat/>
    <w:rsid w:val="00C100D5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100D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100D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00D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00D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00D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00D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00D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00D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C100D5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C100D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100D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NaslovChar">
    <w:name w:val="Naslov Char"/>
    <w:basedOn w:val="Zadanifontodlomka"/>
    <w:link w:val="Naslov"/>
    <w:uiPriority w:val="10"/>
    <w:rsid w:val="00C100D5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00D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slovChar">
    <w:name w:val="Podnaslov Char"/>
    <w:basedOn w:val="Zadanifontodlomka"/>
    <w:link w:val="Podnaslov"/>
    <w:uiPriority w:val="11"/>
    <w:rsid w:val="00C100D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C100D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C100D5"/>
    <w:rPr>
      <w:i/>
      <w:iCs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00D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00D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00D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00D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00D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00D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100D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Naglaeno">
    <w:name w:val="Strong"/>
    <w:basedOn w:val="Zadanifontodlomka"/>
    <w:uiPriority w:val="22"/>
    <w:qFormat/>
    <w:rsid w:val="00C100D5"/>
    <w:rPr>
      <w:b/>
      <w:bCs/>
    </w:rPr>
  </w:style>
  <w:style w:type="character" w:styleId="Istaknuto">
    <w:name w:val="Emphasis"/>
    <w:basedOn w:val="Zadanifontodlomka"/>
    <w:uiPriority w:val="20"/>
    <w:qFormat/>
    <w:rsid w:val="00C100D5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00D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00D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C100D5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C100D5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C100D5"/>
    <w:rPr>
      <w:smallCaps/>
      <w:color w:val="404040" w:themeColor="text1" w:themeTint="BF"/>
    </w:rPr>
  </w:style>
  <w:style w:type="character" w:styleId="Istaknutareferenca">
    <w:name w:val="Intense Reference"/>
    <w:basedOn w:val="Zadanifontodlomka"/>
    <w:uiPriority w:val="32"/>
    <w:qFormat/>
    <w:rsid w:val="00C100D5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C100D5"/>
    <w:rPr>
      <w:b/>
      <w:bCs/>
      <w:smallCap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100D5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8.wdp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AC6502-6B3F-46B1-8CF8-7B3EE08BB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dcterms:created xsi:type="dcterms:W3CDTF">2026-09-01T09:35:00Z</dcterms:created>
  <dcterms:modified xsi:type="dcterms:W3CDTF">2026-09-07T11:57:00Z</dcterms:modified>
  <cp:category/>
</cp:coreProperties>
</file>