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7AD9EBB4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432DF4">
              <w:rPr>
                <w:b/>
                <w:sz w:val="26"/>
              </w:rPr>
              <w:t>12</w:t>
            </w:r>
            <w:r>
              <w:rPr>
                <w:b/>
                <w:sz w:val="26"/>
              </w:rPr>
              <w:t xml:space="preserve">. – </w:t>
            </w:r>
            <w:r w:rsidR="00432DF4">
              <w:rPr>
                <w:b/>
                <w:sz w:val="26"/>
              </w:rPr>
              <w:t>16</w:t>
            </w:r>
            <w:r>
              <w:rPr>
                <w:b/>
                <w:sz w:val="26"/>
              </w:rPr>
              <w:t xml:space="preserve">. </w:t>
            </w:r>
            <w:r w:rsidR="00432DF4">
              <w:rPr>
                <w:b/>
                <w:sz w:val="26"/>
              </w:rPr>
              <w:t>10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6E9467D4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432DF4">
              <w:rPr>
                <w:b/>
                <w:sz w:val="19"/>
              </w:rPr>
              <w:t>SENDVIČI</w:t>
            </w:r>
            <w:r w:rsidR="00EE77C3">
              <w:rPr>
                <w:b/>
                <w:sz w:val="19"/>
              </w:rPr>
              <w:t>,ČAJ,VOĆE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5ABC5930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5FEFF559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D66FE8">
              <w:rPr>
                <w:sz w:val="19"/>
              </w:rPr>
              <w:t>PLJSKAVICE,RIŽA,UMAK OD ŠAMPINJONA</w:t>
            </w:r>
            <w:r w:rsidR="0043064C">
              <w:rPr>
                <w:sz w:val="19"/>
              </w:rPr>
              <w:t>,KRUH,VOĆE</w:t>
            </w:r>
          </w:p>
        </w:tc>
        <w:tc>
          <w:tcPr>
            <w:tcW w:w="1287" w:type="dxa"/>
          </w:tcPr>
          <w:p w14:paraId="67C04373" w14:textId="15C66E81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,6,7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54D4ED4A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DINOSAURI,K</w:t>
            </w:r>
            <w:r w:rsidR="00432DF4">
              <w:rPr>
                <w:sz w:val="19"/>
              </w:rPr>
              <w:t>RUMPIR</w:t>
            </w:r>
            <w:r w:rsidR="0043064C">
              <w:rPr>
                <w:sz w:val="19"/>
              </w:rPr>
              <w:t>,KRUH</w:t>
            </w:r>
            <w:r w:rsidR="00432DF4">
              <w:rPr>
                <w:sz w:val="19"/>
              </w:rPr>
              <w:t>,VOĆE</w:t>
            </w:r>
          </w:p>
        </w:tc>
        <w:tc>
          <w:tcPr>
            <w:tcW w:w="1287" w:type="dxa"/>
          </w:tcPr>
          <w:p w14:paraId="07192720" w14:textId="46673802" w:rsidR="001F3848" w:rsidRDefault="0043064C">
            <w:pPr>
              <w:spacing w:after="60"/>
              <w:jc w:val="right"/>
            </w:pPr>
            <w:r>
              <w:t>1,3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05E88A67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PUDING</w:t>
            </w:r>
          </w:p>
        </w:tc>
        <w:tc>
          <w:tcPr>
            <w:tcW w:w="1287" w:type="dxa"/>
          </w:tcPr>
          <w:p w14:paraId="11D4C540" w14:textId="5E4C51F8" w:rsidR="001F3848" w:rsidRDefault="0043064C" w:rsidP="00EE2121">
            <w:pPr>
              <w:spacing w:after="60"/>
              <w:jc w:val="center"/>
            </w:pPr>
            <w:r>
              <w:t xml:space="preserve">                 </w:t>
            </w:r>
            <w:r w:rsidR="00432DF4">
              <w:t>7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172C613D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432DF4">
              <w:rPr>
                <w:b/>
                <w:sz w:val="19"/>
              </w:rPr>
              <w:t>:LINO LADA</w:t>
            </w:r>
            <w:r w:rsidR="00897A40">
              <w:rPr>
                <w:sz w:val="19"/>
              </w:rPr>
              <w:t>,KRUH,</w:t>
            </w:r>
            <w:r w:rsidR="00432DF4">
              <w:rPr>
                <w:sz w:val="19"/>
              </w:rPr>
              <w:t>MLIJEKO</w:t>
            </w:r>
            <w:r w:rsidR="0043064C">
              <w:rPr>
                <w:sz w:val="19"/>
              </w:rPr>
              <w:t>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35B36C21" w:rsidR="001F3848" w:rsidRDefault="00C100D5" w:rsidP="00C100D5">
            <w:pPr>
              <w:spacing w:after="60"/>
              <w:jc w:val="center"/>
            </w:pPr>
            <w:r>
              <w:t xml:space="preserve">      </w:t>
            </w:r>
            <w:r w:rsidR="00897A40">
              <w:t>1,</w:t>
            </w:r>
            <w:r>
              <w:t xml:space="preserve">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1B890CD7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897A40">
              <w:rPr>
                <w:b/>
                <w:sz w:val="19"/>
              </w:rPr>
              <w:t>TJEST.CARBONARA,SALATA</w:t>
            </w:r>
            <w:r w:rsidR="0043064C">
              <w:rPr>
                <w:b/>
                <w:sz w:val="19"/>
              </w:rPr>
              <w:t>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493323C2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,7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4B36FD3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432DF4">
              <w:rPr>
                <w:b/>
                <w:sz w:val="19"/>
              </w:rPr>
              <w:t>BOLONJEZ</w:t>
            </w:r>
            <w:r w:rsidR="00003BEC">
              <w:rPr>
                <w:b/>
                <w:sz w:val="19"/>
              </w:rPr>
              <w:t>,SALATA,KRUH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26DFFEF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ŠTRUDLA JABUKA</w:t>
            </w:r>
          </w:p>
        </w:tc>
        <w:tc>
          <w:tcPr>
            <w:tcW w:w="2160" w:type="dxa"/>
          </w:tcPr>
          <w:p w14:paraId="67FB6C86" w14:textId="627109D4" w:rsidR="001F3848" w:rsidRDefault="0043064C" w:rsidP="00C100D5">
            <w:pPr>
              <w:spacing w:after="60"/>
              <w:jc w:val="center"/>
            </w:pPr>
            <w:r>
              <w:t xml:space="preserve">        </w:t>
            </w:r>
            <w:r w:rsidR="00432DF4">
              <w:t>1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0872A31D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GRIZ</w:t>
            </w:r>
            <w:r w:rsidR="0043064C">
              <w:rPr>
                <w:sz w:val="19"/>
              </w:rPr>
              <w:t>,VOĆE</w:t>
            </w:r>
          </w:p>
        </w:tc>
        <w:tc>
          <w:tcPr>
            <w:tcW w:w="2160" w:type="dxa"/>
          </w:tcPr>
          <w:p w14:paraId="6AD5913E" w14:textId="57B6F1A3" w:rsidR="001F3848" w:rsidRDefault="002E0CDA" w:rsidP="00C100D5">
            <w:pPr>
              <w:spacing w:after="60"/>
              <w:jc w:val="center"/>
            </w:pPr>
            <w:r>
              <w:t>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402AD178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897A40">
              <w:rPr>
                <w:sz w:val="19"/>
              </w:rPr>
              <w:t>GULAŠ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40CA6B32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088628F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</w:t>
            </w:r>
            <w:r w:rsidR="00897A40">
              <w:rPr>
                <w:b/>
                <w:sz w:val="19"/>
              </w:rPr>
              <w:t>RIŽOTO,SALATA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5547E7DD" w:rsidR="001F3848" w:rsidRDefault="0055559B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2B9BDFE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KROASAN</w:t>
            </w:r>
          </w:p>
        </w:tc>
        <w:tc>
          <w:tcPr>
            <w:tcW w:w="2160" w:type="dxa"/>
          </w:tcPr>
          <w:p w14:paraId="0AB3E38E" w14:textId="22183F03" w:rsidR="001F3848" w:rsidRDefault="00F2369B" w:rsidP="00C100D5">
            <w:pPr>
              <w:spacing w:after="60"/>
              <w:jc w:val="center"/>
            </w:pPr>
            <w:r>
              <w:t>1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070BFB66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D844A5">
              <w:rPr>
                <w:b/>
                <w:sz w:val="19"/>
              </w:rPr>
              <w:t>SIRNI NAMAZ,KRUH,ČAJ</w:t>
            </w:r>
            <w:r w:rsidR="004C5EAA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4103F140" w:rsidR="001F3848" w:rsidRDefault="00C100D5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5AEEF2D4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D844A5">
              <w:rPr>
                <w:b/>
                <w:sz w:val="19"/>
              </w:rPr>
              <w:t>PEČENA PILETINA,MLINCI</w:t>
            </w:r>
            <w:r w:rsidR="00A81D30">
              <w:rPr>
                <w:b/>
                <w:sz w:val="19"/>
              </w:rPr>
              <w:t>,SALATA</w:t>
            </w:r>
            <w:r w:rsidR="004C5EAA">
              <w:rPr>
                <w:b/>
                <w:sz w:val="19"/>
              </w:rPr>
              <w:t>,KRUH,VOĆE</w:t>
            </w:r>
          </w:p>
        </w:tc>
        <w:tc>
          <w:tcPr>
            <w:tcW w:w="2160" w:type="dxa"/>
          </w:tcPr>
          <w:p w14:paraId="471DF367" w14:textId="4BF12727" w:rsidR="001F3848" w:rsidRDefault="00C100D5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0AE2F53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ČUFTE,KRUMPIR</w:t>
            </w:r>
            <w:r w:rsidR="004C5EAA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13D675C9" w14:textId="1860E469" w:rsidR="001F3848" w:rsidRDefault="00C100D5" w:rsidP="004C5EAA">
            <w:pPr>
              <w:spacing w:after="60"/>
              <w:jc w:val="center"/>
            </w:pPr>
            <w:r>
              <w:t xml:space="preserve">1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413CF0A7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VOĆNI JOGURT</w:t>
            </w:r>
          </w:p>
        </w:tc>
        <w:tc>
          <w:tcPr>
            <w:tcW w:w="2160" w:type="dxa"/>
          </w:tcPr>
          <w:p w14:paraId="4870E904" w14:textId="215C3422" w:rsidR="001F3848" w:rsidRDefault="00C100D5" w:rsidP="00C100D5">
            <w:pPr>
              <w:spacing w:after="60"/>
            </w:pPr>
            <w:r>
              <w:t xml:space="preserve">                   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27C08B7D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432DF4">
              <w:rPr>
                <w:b/>
                <w:sz w:val="19"/>
              </w:rPr>
              <w:t>ŠTRUKLI</w:t>
            </w:r>
            <w:r w:rsidR="00D844A5">
              <w:rPr>
                <w:b/>
                <w:sz w:val="19"/>
              </w:rPr>
              <w:t>,JOGURT</w:t>
            </w:r>
            <w:r w:rsidR="00452164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7776210E" w14:textId="3631FBAA" w:rsidR="001F3848" w:rsidRDefault="00452164" w:rsidP="00452164">
            <w:pPr>
              <w:spacing w:after="60"/>
              <w:jc w:val="center"/>
            </w:pPr>
            <w:r>
              <w:t>1</w:t>
            </w:r>
            <w:r w:rsidR="00432DF4">
              <w:t>,3</w:t>
            </w:r>
            <w:r>
              <w:t>,7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6494B847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D844A5">
              <w:rPr>
                <w:b/>
                <w:sz w:val="19"/>
              </w:rPr>
              <w:t>:RIBLJI ŠTAPIĆI,KUH.KRUMPIR</w:t>
            </w:r>
            <w:r w:rsidR="00452164">
              <w:rPr>
                <w:b/>
                <w:sz w:val="19"/>
              </w:rPr>
              <w:t>,</w:t>
            </w:r>
            <w:r w:rsidR="00A81D30">
              <w:rPr>
                <w:b/>
                <w:sz w:val="19"/>
              </w:rPr>
              <w:t>SALATA,</w:t>
            </w:r>
            <w:r w:rsidR="00452164">
              <w:rPr>
                <w:b/>
                <w:sz w:val="19"/>
              </w:rPr>
              <w:t>KRUH,VOĆE</w:t>
            </w:r>
          </w:p>
        </w:tc>
        <w:tc>
          <w:tcPr>
            <w:tcW w:w="2160" w:type="dxa"/>
          </w:tcPr>
          <w:p w14:paraId="0FB512C5" w14:textId="18FD0A34" w:rsidR="001F3848" w:rsidRDefault="00452164" w:rsidP="00452164">
            <w:pPr>
              <w:spacing w:after="60"/>
            </w:pPr>
            <w:r>
              <w:t xml:space="preserve">                </w:t>
            </w:r>
            <w:proofErr w:type="gramStart"/>
            <w:r>
              <w:t>1</w:t>
            </w:r>
            <w:r w:rsidR="00D844A5">
              <w:t>3,</w:t>
            </w:r>
            <w:r>
              <w:t>,</w:t>
            </w:r>
            <w:proofErr w:type="gramEnd"/>
            <w:r>
              <w:t>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3150875F" w:rsidR="001F3848" w:rsidRDefault="000268D5">
            <w:pPr>
              <w:spacing w:after="60"/>
            </w:pPr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GRAH RIČET</w:t>
            </w:r>
            <w:bookmarkStart w:id="0" w:name="_GoBack"/>
            <w:bookmarkEnd w:id="0"/>
            <w:r w:rsidR="00452164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0F2966BD" w14:textId="62E4D595" w:rsidR="001F3848" w:rsidRDefault="00452164" w:rsidP="00452164">
            <w:pPr>
              <w:spacing w:after="60"/>
            </w:pPr>
            <w:r>
              <w:t xml:space="preserve">                   1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59C4803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D844A5">
              <w:rPr>
                <w:b/>
                <w:sz w:val="19"/>
              </w:rPr>
              <w:t>MAFIN COK.</w:t>
            </w:r>
          </w:p>
        </w:tc>
        <w:tc>
          <w:tcPr>
            <w:tcW w:w="2160" w:type="dxa"/>
          </w:tcPr>
          <w:p w14:paraId="53054269" w14:textId="366A7A07" w:rsidR="001F3848" w:rsidRDefault="001D2440" w:rsidP="001D2440">
            <w:pPr>
              <w:spacing w:after="60"/>
              <w:jc w:val="center"/>
            </w:pPr>
            <w:r>
              <w:t>1,3</w:t>
            </w: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D5CF3" w14:textId="77777777" w:rsidR="00E0132D" w:rsidRDefault="00E0132D" w:rsidP="00B07659">
      <w:pPr>
        <w:spacing w:after="0" w:line="240" w:lineRule="auto"/>
      </w:pPr>
      <w:r>
        <w:separator/>
      </w:r>
    </w:p>
  </w:endnote>
  <w:endnote w:type="continuationSeparator" w:id="0">
    <w:p w14:paraId="7DA5E33A" w14:textId="77777777" w:rsidR="00E0132D" w:rsidRDefault="00E0132D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06320" w14:textId="77777777" w:rsidR="00E0132D" w:rsidRDefault="00E0132D" w:rsidP="00B07659">
      <w:pPr>
        <w:spacing w:after="0" w:line="240" w:lineRule="auto"/>
      </w:pPr>
      <w:r>
        <w:separator/>
      </w:r>
    </w:p>
  </w:footnote>
  <w:footnote w:type="continuationSeparator" w:id="0">
    <w:p w14:paraId="09D86BCB" w14:textId="77777777" w:rsidR="00E0132D" w:rsidRDefault="00E0132D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759E0"/>
    <w:rsid w:val="0029639D"/>
    <w:rsid w:val="002E0CDA"/>
    <w:rsid w:val="00324C1C"/>
    <w:rsid w:val="00326F90"/>
    <w:rsid w:val="0043064C"/>
    <w:rsid w:val="00432DF4"/>
    <w:rsid w:val="00452164"/>
    <w:rsid w:val="004C5EAA"/>
    <w:rsid w:val="004E6032"/>
    <w:rsid w:val="005409D1"/>
    <w:rsid w:val="0055559B"/>
    <w:rsid w:val="00585553"/>
    <w:rsid w:val="006A025E"/>
    <w:rsid w:val="00841D6E"/>
    <w:rsid w:val="00897A40"/>
    <w:rsid w:val="008D0AA9"/>
    <w:rsid w:val="008E45A9"/>
    <w:rsid w:val="009672A3"/>
    <w:rsid w:val="00A07B18"/>
    <w:rsid w:val="00A81D30"/>
    <w:rsid w:val="00AA1D8D"/>
    <w:rsid w:val="00B07659"/>
    <w:rsid w:val="00B47730"/>
    <w:rsid w:val="00BC36A5"/>
    <w:rsid w:val="00C100D5"/>
    <w:rsid w:val="00C53E42"/>
    <w:rsid w:val="00CB0664"/>
    <w:rsid w:val="00D66FE8"/>
    <w:rsid w:val="00D844A5"/>
    <w:rsid w:val="00E0132D"/>
    <w:rsid w:val="00E475B5"/>
    <w:rsid w:val="00EE2121"/>
    <w:rsid w:val="00EE77C3"/>
    <w:rsid w:val="00F2369B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799A27-7ACB-4750-B68D-2DC6F45F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2026-09-11T11:09:00Z</dcterms:created>
  <dcterms:modified xsi:type="dcterms:W3CDTF">2026-09-11T11:09:00Z</dcterms:modified>
  <cp:category/>
</cp:coreProperties>
</file>