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3A77CB4A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A07B18">
              <w:rPr>
                <w:b/>
                <w:sz w:val="26"/>
              </w:rPr>
              <w:t>2</w:t>
            </w:r>
            <w:r w:rsidR="00E83A0A">
              <w:rPr>
                <w:b/>
                <w:sz w:val="26"/>
              </w:rPr>
              <w:t>8</w:t>
            </w:r>
            <w:r>
              <w:rPr>
                <w:b/>
                <w:sz w:val="26"/>
              </w:rPr>
              <w:t xml:space="preserve">. – </w:t>
            </w:r>
            <w:r w:rsidR="00442ED6">
              <w:rPr>
                <w:b/>
                <w:sz w:val="26"/>
              </w:rPr>
              <w:t>30</w:t>
            </w:r>
            <w:r>
              <w:rPr>
                <w:b/>
                <w:sz w:val="26"/>
              </w:rPr>
              <w:t xml:space="preserve">. </w:t>
            </w:r>
            <w:r w:rsidR="00EE2121">
              <w:rPr>
                <w:b/>
                <w:sz w:val="26"/>
              </w:rPr>
              <w:t>9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2E407E76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442ED6">
              <w:rPr>
                <w:b/>
                <w:sz w:val="19"/>
              </w:rPr>
              <w:t>SENDVIČI,JOGURT</w:t>
            </w:r>
            <w:r w:rsidR="00EE77C3">
              <w:rPr>
                <w:b/>
                <w:sz w:val="19"/>
              </w:rPr>
              <w:t>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776D31A2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43064C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39EBAEE6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POH.FILE PILETINE,KUH.POVRĆE</w:t>
            </w:r>
            <w:r w:rsidR="0043064C">
              <w:rPr>
                <w:sz w:val="19"/>
              </w:rPr>
              <w:t>,KRUH,VOĆE</w:t>
            </w:r>
          </w:p>
        </w:tc>
        <w:tc>
          <w:tcPr>
            <w:tcW w:w="1287" w:type="dxa"/>
          </w:tcPr>
          <w:p w14:paraId="67C04373" w14:textId="520FB5A0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897A40">
              <w:rPr>
                <w:b/>
                <w:sz w:val="19"/>
              </w:rPr>
              <w:t>,</w:t>
            </w:r>
            <w:r w:rsidR="00442ED6">
              <w:rPr>
                <w:b/>
                <w:sz w:val="19"/>
              </w:rPr>
              <w:t>3,11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3D084C20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PLJESKAVICE,KUH.KRUMPIR,SALATA</w:t>
            </w:r>
            <w:r w:rsidR="0043064C">
              <w:rPr>
                <w:sz w:val="19"/>
              </w:rPr>
              <w:t>,KRUH</w:t>
            </w:r>
          </w:p>
        </w:tc>
        <w:tc>
          <w:tcPr>
            <w:tcW w:w="1287" w:type="dxa"/>
          </w:tcPr>
          <w:p w14:paraId="07192720" w14:textId="0003031B" w:rsidR="001F3848" w:rsidRDefault="0043064C">
            <w:pPr>
              <w:spacing w:after="60"/>
              <w:jc w:val="right"/>
            </w:pPr>
            <w:r>
              <w:t>1,</w:t>
            </w:r>
            <w:r w:rsidR="00442ED6">
              <w:t>6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3C137F3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D66FE8">
              <w:rPr>
                <w:sz w:val="19"/>
              </w:rPr>
              <w:t>KROASANI</w:t>
            </w:r>
          </w:p>
        </w:tc>
        <w:tc>
          <w:tcPr>
            <w:tcW w:w="1287" w:type="dxa"/>
          </w:tcPr>
          <w:p w14:paraId="11D4C540" w14:textId="1A4851A5" w:rsidR="001F3848" w:rsidRDefault="0043064C" w:rsidP="00EE2121">
            <w:pPr>
              <w:spacing w:after="60"/>
              <w:jc w:val="center"/>
            </w:pPr>
            <w:r>
              <w:t xml:space="preserve">                 </w:t>
            </w:r>
            <w:r w:rsidR="00897A40">
              <w:t>1,8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51888781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PAHULJICE,MLIJEKO</w:t>
            </w:r>
            <w:r w:rsidR="0043064C">
              <w:rPr>
                <w:sz w:val="19"/>
              </w:rPr>
              <w:t>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35B36C21" w:rsidR="001F3848" w:rsidRDefault="00C100D5" w:rsidP="00C100D5">
            <w:pPr>
              <w:spacing w:after="60"/>
              <w:jc w:val="center"/>
            </w:pPr>
            <w:r>
              <w:t xml:space="preserve">      </w:t>
            </w:r>
            <w:r w:rsidR="00897A40">
              <w:t>1,</w:t>
            </w:r>
            <w:r>
              <w:t xml:space="preserve">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2A2BB2D5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442ED6">
              <w:rPr>
                <w:b/>
                <w:sz w:val="19"/>
              </w:rPr>
              <w:t>GRAH RIČET SA KOBASAMA</w:t>
            </w:r>
            <w:r w:rsidR="0043064C">
              <w:rPr>
                <w:b/>
                <w:sz w:val="19"/>
              </w:rPr>
              <w:t>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1AA575FA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452A0D04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</w:t>
            </w:r>
            <w:r w:rsidR="00442ED6">
              <w:rPr>
                <w:b/>
                <w:sz w:val="19"/>
              </w:rPr>
              <w:t>RIŽOTO</w:t>
            </w:r>
            <w:r w:rsidR="00003BEC">
              <w:rPr>
                <w:b/>
                <w:sz w:val="19"/>
              </w:rPr>
              <w:t>,SALATA,KRUH</w:t>
            </w:r>
          </w:p>
        </w:tc>
        <w:tc>
          <w:tcPr>
            <w:tcW w:w="2160" w:type="dxa"/>
          </w:tcPr>
          <w:p w14:paraId="1B6D8081" w14:textId="5DB864A4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1B8E742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ŠTRUDLA VIŠNJA-VANILIJA</w:t>
            </w:r>
          </w:p>
        </w:tc>
        <w:tc>
          <w:tcPr>
            <w:tcW w:w="2160" w:type="dxa"/>
          </w:tcPr>
          <w:p w14:paraId="67FB6C86" w14:textId="4C531A3B" w:rsidR="001F3848" w:rsidRDefault="0043064C" w:rsidP="00C100D5">
            <w:pPr>
              <w:spacing w:after="60"/>
              <w:jc w:val="center"/>
            </w:pPr>
            <w:r>
              <w:t xml:space="preserve">       </w:t>
            </w:r>
            <w:r w:rsidR="00442ED6">
              <w:t>1,</w:t>
            </w:r>
            <w:r>
              <w:t xml:space="preserve"> </w:t>
            </w:r>
            <w:r w:rsidR="00897A40">
              <w:t>7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7B67FA9B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MARGO-MARMELADA,KRUH,KAKAO</w:t>
            </w:r>
            <w:r w:rsidR="0043064C">
              <w:rPr>
                <w:sz w:val="19"/>
              </w:rPr>
              <w:t>,VOĆE</w:t>
            </w:r>
          </w:p>
        </w:tc>
        <w:tc>
          <w:tcPr>
            <w:tcW w:w="2160" w:type="dxa"/>
          </w:tcPr>
          <w:p w14:paraId="6AD5913E" w14:textId="05FB30B0" w:rsidR="001F3848" w:rsidRDefault="00442ED6" w:rsidP="00C100D5">
            <w:pPr>
              <w:spacing w:after="60"/>
              <w:jc w:val="center"/>
            </w:pPr>
            <w:r>
              <w:t>1,</w:t>
            </w:r>
            <w:r w:rsidR="002E0CDA">
              <w:t>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57F14A56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BOLONJEZ,SALATA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40CA6B32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54BD0B2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</w:t>
            </w:r>
            <w:r w:rsidR="00442ED6">
              <w:rPr>
                <w:b/>
                <w:sz w:val="19"/>
              </w:rPr>
              <w:t>):RAŽNJIĆI,KRUMPIR-MAHUNE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7C3C7CC7" w:rsidR="001F3848" w:rsidRDefault="00442ED6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757ECE7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42ED6">
              <w:rPr>
                <w:sz w:val="19"/>
              </w:rPr>
              <w:t>PUDING</w:t>
            </w:r>
          </w:p>
        </w:tc>
        <w:tc>
          <w:tcPr>
            <w:tcW w:w="2160" w:type="dxa"/>
          </w:tcPr>
          <w:p w14:paraId="0AB3E38E" w14:textId="2F2F1A40" w:rsidR="001F3848" w:rsidRDefault="002E0CDA" w:rsidP="00C100D5">
            <w:pPr>
              <w:spacing w:after="60"/>
              <w:jc w:val="center"/>
            </w:pPr>
            <w:r>
              <w:t>7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1F9E6A87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</w:p>
        </w:tc>
        <w:tc>
          <w:tcPr>
            <w:tcW w:w="2160" w:type="dxa"/>
          </w:tcPr>
          <w:p w14:paraId="2F1D6E7F" w14:textId="03A9B417" w:rsidR="001F3848" w:rsidRDefault="001F3848" w:rsidP="00C100D5">
            <w:pPr>
              <w:spacing w:after="60"/>
              <w:jc w:val="center"/>
            </w:pP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0F4ED5BE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</w:p>
        </w:tc>
        <w:tc>
          <w:tcPr>
            <w:tcW w:w="2160" w:type="dxa"/>
          </w:tcPr>
          <w:p w14:paraId="471DF367" w14:textId="5A9F7F38" w:rsidR="001F3848" w:rsidRDefault="001F3848" w:rsidP="00C100D5">
            <w:pPr>
              <w:spacing w:after="60"/>
              <w:jc w:val="center"/>
            </w:pP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62CBB7D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13D675C9" w14:textId="12B23B74" w:rsidR="001F3848" w:rsidRDefault="00C100D5" w:rsidP="004C5EAA">
            <w:pPr>
              <w:spacing w:after="60"/>
              <w:jc w:val="center"/>
            </w:pPr>
            <w:r>
              <w:t xml:space="preserve">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66386398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4870E904" w14:textId="5924C9E4" w:rsidR="001F3848" w:rsidRDefault="00C100D5" w:rsidP="00C100D5">
            <w:pPr>
              <w:spacing w:after="60"/>
            </w:pPr>
            <w:r>
              <w:t xml:space="preserve">                   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2F36A80F" w:rsidR="001F3848" w:rsidRDefault="00F7795B">
            <w:pPr>
              <w:spacing w:after="60"/>
            </w:pPr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bookmarkStart w:id="0" w:name="_GoBack"/>
            <w:bookmarkEnd w:id="0"/>
          </w:p>
        </w:tc>
        <w:tc>
          <w:tcPr>
            <w:tcW w:w="2160" w:type="dxa"/>
          </w:tcPr>
          <w:p w14:paraId="7776210E" w14:textId="388CE1DF" w:rsidR="001F3848" w:rsidRDefault="001F3848" w:rsidP="00452164">
            <w:pPr>
              <w:spacing w:after="60"/>
              <w:jc w:val="center"/>
            </w:pPr>
          </w:p>
        </w:tc>
      </w:tr>
      <w:tr w:rsidR="001F3848" w14:paraId="309DD148" w14:textId="77777777">
        <w:tc>
          <w:tcPr>
            <w:tcW w:w="7200" w:type="dxa"/>
          </w:tcPr>
          <w:p w14:paraId="4F6C7AEF" w14:textId="36B683BF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</w:t>
            </w:r>
            <w:r w:rsidR="00D844A5">
              <w:rPr>
                <w:b/>
                <w:sz w:val="19"/>
              </w:rPr>
              <w:t>:</w:t>
            </w:r>
          </w:p>
        </w:tc>
        <w:tc>
          <w:tcPr>
            <w:tcW w:w="2160" w:type="dxa"/>
          </w:tcPr>
          <w:p w14:paraId="0FB512C5" w14:textId="4E838CA3" w:rsidR="001F3848" w:rsidRDefault="00452164" w:rsidP="00452164">
            <w:pPr>
              <w:spacing w:after="60"/>
            </w:pPr>
            <w:r>
              <w:t xml:space="preserve">                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37DA5ADB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0F2966BD" w14:textId="27EF53DC" w:rsidR="001F3848" w:rsidRDefault="00452164" w:rsidP="00452164">
            <w:pPr>
              <w:spacing w:after="60"/>
            </w:pPr>
            <w:r>
              <w:t xml:space="preserve">                   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77E28327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</w:p>
        </w:tc>
        <w:tc>
          <w:tcPr>
            <w:tcW w:w="2160" w:type="dxa"/>
          </w:tcPr>
          <w:p w14:paraId="53054269" w14:textId="3B43826D" w:rsidR="001F3848" w:rsidRDefault="001F3848" w:rsidP="001D2440">
            <w:pPr>
              <w:spacing w:after="60"/>
              <w:jc w:val="center"/>
            </w:pP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D9CB7" w14:textId="77777777" w:rsidR="00DA1CC0" w:rsidRDefault="00DA1CC0" w:rsidP="00B07659">
      <w:pPr>
        <w:spacing w:after="0" w:line="240" w:lineRule="auto"/>
      </w:pPr>
      <w:r>
        <w:separator/>
      </w:r>
    </w:p>
  </w:endnote>
  <w:endnote w:type="continuationSeparator" w:id="0">
    <w:p w14:paraId="271E0DED" w14:textId="77777777" w:rsidR="00DA1CC0" w:rsidRDefault="00DA1CC0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AAECB" w14:textId="77777777" w:rsidR="00DA1CC0" w:rsidRDefault="00DA1CC0" w:rsidP="00B07659">
      <w:pPr>
        <w:spacing w:after="0" w:line="240" w:lineRule="auto"/>
      </w:pPr>
      <w:r>
        <w:separator/>
      </w:r>
    </w:p>
  </w:footnote>
  <w:footnote w:type="continuationSeparator" w:id="0">
    <w:p w14:paraId="5B36F3CF" w14:textId="77777777" w:rsidR="00DA1CC0" w:rsidRDefault="00DA1CC0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759E0"/>
    <w:rsid w:val="0029639D"/>
    <w:rsid w:val="002E0CDA"/>
    <w:rsid w:val="00324C1C"/>
    <w:rsid w:val="00326F90"/>
    <w:rsid w:val="0043064C"/>
    <w:rsid w:val="00442ED6"/>
    <w:rsid w:val="00452164"/>
    <w:rsid w:val="004C5EAA"/>
    <w:rsid w:val="004E6032"/>
    <w:rsid w:val="005409D1"/>
    <w:rsid w:val="00585553"/>
    <w:rsid w:val="00897A40"/>
    <w:rsid w:val="008D0AA9"/>
    <w:rsid w:val="008E45A9"/>
    <w:rsid w:val="009672A3"/>
    <w:rsid w:val="00A07B18"/>
    <w:rsid w:val="00A81D30"/>
    <w:rsid w:val="00AA1D8D"/>
    <w:rsid w:val="00B07659"/>
    <w:rsid w:val="00B47730"/>
    <w:rsid w:val="00BC36A5"/>
    <w:rsid w:val="00C100D5"/>
    <w:rsid w:val="00C53E42"/>
    <w:rsid w:val="00CB0664"/>
    <w:rsid w:val="00D66FE8"/>
    <w:rsid w:val="00D844A5"/>
    <w:rsid w:val="00DA1CC0"/>
    <w:rsid w:val="00DA5086"/>
    <w:rsid w:val="00E475B5"/>
    <w:rsid w:val="00E83A0A"/>
    <w:rsid w:val="00EE2121"/>
    <w:rsid w:val="00EE77C3"/>
    <w:rsid w:val="00EF583D"/>
    <w:rsid w:val="00F2369B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8DAD51-4223-4A3E-9E29-81080E4BF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2026-09-01T09:35:00Z</dcterms:created>
  <dcterms:modified xsi:type="dcterms:W3CDTF">2026-09-01T09:35:00Z</dcterms:modified>
  <cp:category/>
</cp:coreProperties>
</file>