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4FFEBDBD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432DF4">
              <w:rPr>
                <w:b/>
                <w:sz w:val="26"/>
              </w:rPr>
              <w:t>1</w:t>
            </w:r>
            <w:r w:rsidR="00D226C1">
              <w:rPr>
                <w:b/>
                <w:sz w:val="26"/>
              </w:rPr>
              <w:t>9</w:t>
            </w:r>
            <w:r>
              <w:rPr>
                <w:b/>
                <w:sz w:val="26"/>
              </w:rPr>
              <w:t xml:space="preserve">. – </w:t>
            </w:r>
            <w:r w:rsidR="00D226C1">
              <w:rPr>
                <w:b/>
                <w:sz w:val="26"/>
              </w:rPr>
              <w:t>23</w:t>
            </w:r>
            <w:r>
              <w:rPr>
                <w:b/>
                <w:sz w:val="26"/>
              </w:rPr>
              <w:t xml:space="preserve">. </w:t>
            </w:r>
            <w:r w:rsidR="00432DF4">
              <w:rPr>
                <w:b/>
                <w:sz w:val="26"/>
              </w:rPr>
              <w:t>10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6333464C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EE77C3">
              <w:rPr>
                <w:b/>
                <w:sz w:val="19"/>
              </w:rPr>
              <w:t>(</w:t>
            </w:r>
            <w:proofErr w:type="spellStart"/>
            <w:proofErr w:type="gramEnd"/>
            <w:r w:rsidR="00EE77C3">
              <w:rPr>
                <w:b/>
                <w:sz w:val="19"/>
              </w:rPr>
              <w:t>razredna</w:t>
            </w:r>
            <w:proofErr w:type="spellEnd"/>
            <w:r w:rsidR="00EE77C3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D226C1">
              <w:rPr>
                <w:b/>
                <w:sz w:val="19"/>
              </w:rPr>
              <w:t>RUŽICA</w:t>
            </w:r>
            <w:r w:rsidR="00EE77C3">
              <w:rPr>
                <w:b/>
                <w:sz w:val="19"/>
              </w:rPr>
              <w:t>,ČAJ,VOĆE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1287" w:type="dxa"/>
          </w:tcPr>
          <w:p w14:paraId="3A2E728B" w14:textId="2CEC0643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C515A5">
              <w:rPr>
                <w:b/>
                <w:sz w:val="19"/>
              </w:rPr>
              <w:t>,7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7F5747C7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FB4745">
              <w:rPr>
                <w:sz w:val="19"/>
              </w:rPr>
              <w:t>POH.FILE PILETINE,KUH.POVRĆE</w:t>
            </w:r>
            <w:r w:rsidR="0043064C">
              <w:rPr>
                <w:sz w:val="19"/>
              </w:rPr>
              <w:t>,KRUH,VOĆE</w:t>
            </w:r>
          </w:p>
        </w:tc>
        <w:tc>
          <w:tcPr>
            <w:tcW w:w="1287" w:type="dxa"/>
          </w:tcPr>
          <w:p w14:paraId="67C04373" w14:textId="443CED3C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897A40">
              <w:rPr>
                <w:b/>
                <w:sz w:val="19"/>
              </w:rPr>
              <w:t>,</w:t>
            </w:r>
            <w:r w:rsidR="00FB4745">
              <w:rPr>
                <w:b/>
                <w:sz w:val="19"/>
              </w:rPr>
              <w:t>3,11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3723458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FB4745">
              <w:rPr>
                <w:sz w:val="19"/>
              </w:rPr>
              <w:t>RAŽNJIĆI</w:t>
            </w:r>
            <w:r w:rsidR="0043064C">
              <w:rPr>
                <w:sz w:val="19"/>
              </w:rPr>
              <w:t>,K</w:t>
            </w:r>
            <w:r w:rsidR="00432DF4">
              <w:rPr>
                <w:sz w:val="19"/>
              </w:rPr>
              <w:t>RUMPIR</w:t>
            </w:r>
            <w:r w:rsidR="00FB4745">
              <w:rPr>
                <w:sz w:val="19"/>
              </w:rPr>
              <w:t>-MAHUNE</w:t>
            </w:r>
            <w:r w:rsidR="0043064C">
              <w:rPr>
                <w:sz w:val="19"/>
              </w:rPr>
              <w:t>,KRUH</w:t>
            </w:r>
            <w:r w:rsidR="00432DF4">
              <w:rPr>
                <w:sz w:val="19"/>
              </w:rPr>
              <w:t>,VOĆE</w:t>
            </w:r>
          </w:p>
        </w:tc>
        <w:tc>
          <w:tcPr>
            <w:tcW w:w="1287" w:type="dxa"/>
          </w:tcPr>
          <w:p w14:paraId="07192720" w14:textId="11F1AD25" w:rsidR="001F3848" w:rsidRDefault="0043064C">
            <w:pPr>
              <w:spacing w:after="60"/>
              <w:jc w:val="right"/>
            </w:pPr>
            <w:r>
              <w:t>1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3C55B526" w:rsidR="001F3848" w:rsidRDefault="000268D5">
            <w:pPr>
              <w:spacing w:after="60"/>
            </w:pPr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761173">
              <w:rPr>
                <w:sz w:val="19"/>
              </w:rPr>
              <w:t>VOĆNI JOGURT</w:t>
            </w:r>
          </w:p>
        </w:tc>
        <w:tc>
          <w:tcPr>
            <w:tcW w:w="1287" w:type="dxa"/>
          </w:tcPr>
          <w:p w14:paraId="11D4C540" w14:textId="5E4C51F8" w:rsidR="001F3848" w:rsidRDefault="0043064C" w:rsidP="00EE2121">
            <w:pPr>
              <w:spacing w:after="60"/>
              <w:jc w:val="center"/>
            </w:pPr>
            <w:r>
              <w:t xml:space="preserve">                 </w:t>
            </w:r>
            <w:r w:rsidR="00432DF4">
              <w:t>7</w:t>
            </w: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28A8DD99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432DF4">
              <w:rPr>
                <w:b/>
                <w:sz w:val="19"/>
              </w:rPr>
              <w:t>:</w:t>
            </w:r>
            <w:r w:rsidR="00FB4745">
              <w:rPr>
                <w:b/>
                <w:sz w:val="19"/>
              </w:rPr>
              <w:t>PAHULJICE</w:t>
            </w:r>
            <w:r w:rsidR="00897A40">
              <w:rPr>
                <w:sz w:val="19"/>
              </w:rPr>
              <w:t>,</w:t>
            </w:r>
            <w:r w:rsidR="00432DF4">
              <w:rPr>
                <w:sz w:val="19"/>
              </w:rPr>
              <w:t>MLIJEKO</w:t>
            </w:r>
            <w:r w:rsidR="0043064C">
              <w:rPr>
                <w:sz w:val="19"/>
              </w:rPr>
              <w:t>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35B36C21" w:rsidR="001F3848" w:rsidRDefault="00C100D5" w:rsidP="00C100D5">
            <w:pPr>
              <w:spacing w:after="60"/>
              <w:jc w:val="center"/>
            </w:pPr>
            <w:r>
              <w:t xml:space="preserve">      </w:t>
            </w:r>
            <w:r w:rsidR="00897A40">
              <w:t>1,</w:t>
            </w:r>
            <w:r>
              <w:t xml:space="preserve"> 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67961B18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FB4745">
              <w:rPr>
                <w:b/>
                <w:sz w:val="19"/>
              </w:rPr>
              <w:t>GRAH RIČET SA KOBASAMA</w:t>
            </w:r>
            <w:r w:rsidR="0043064C">
              <w:rPr>
                <w:b/>
                <w:sz w:val="19"/>
              </w:rPr>
              <w:t>,KRUH,VOĆE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2DF70F6E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2CEE8781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</w:t>
            </w:r>
            <w:r w:rsidR="00FB4745">
              <w:rPr>
                <w:b/>
                <w:sz w:val="19"/>
              </w:rPr>
              <w:t>MEDALJONI,RIŽA</w:t>
            </w:r>
            <w:r w:rsidR="00003BEC">
              <w:rPr>
                <w:b/>
                <w:sz w:val="19"/>
              </w:rPr>
              <w:t>,SALATA,KRUH</w:t>
            </w:r>
          </w:p>
        </w:tc>
        <w:tc>
          <w:tcPr>
            <w:tcW w:w="2160" w:type="dxa"/>
          </w:tcPr>
          <w:p w14:paraId="1B6D8081" w14:textId="54FBD2F1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</w:t>
            </w:r>
            <w:r w:rsidR="00C100D5">
              <w:rPr>
                <w:b/>
                <w:sz w:val="19"/>
              </w:rPr>
              <w:t>1</w:t>
            </w:r>
            <w:r w:rsidR="00FB4745">
              <w:rPr>
                <w:b/>
                <w:sz w:val="19"/>
              </w:rPr>
              <w:t>,3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26DFFEF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ŠTRUDLA JABUKA</w:t>
            </w:r>
          </w:p>
        </w:tc>
        <w:tc>
          <w:tcPr>
            <w:tcW w:w="2160" w:type="dxa"/>
          </w:tcPr>
          <w:p w14:paraId="67FB6C86" w14:textId="627109D4" w:rsidR="001F3848" w:rsidRDefault="0043064C" w:rsidP="00C100D5">
            <w:pPr>
              <w:spacing w:after="60"/>
              <w:jc w:val="center"/>
            </w:pPr>
            <w:r>
              <w:t xml:space="preserve">        </w:t>
            </w:r>
            <w:r w:rsidR="00432DF4">
              <w:t>1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1BFEA6F9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625304">
              <w:rPr>
                <w:sz w:val="19"/>
              </w:rPr>
              <w:t>PAŠTETA,KRUH,ČAJ</w:t>
            </w:r>
            <w:r w:rsidR="0043064C">
              <w:rPr>
                <w:sz w:val="19"/>
              </w:rPr>
              <w:t>,VOĆE</w:t>
            </w:r>
          </w:p>
        </w:tc>
        <w:tc>
          <w:tcPr>
            <w:tcW w:w="2160" w:type="dxa"/>
          </w:tcPr>
          <w:p w14:paraId="6AD5913E" w14:textId="40FDF075" w:rsidR="001F3848" w:rsidRDefault="00FB4745" w:rsidP="00C100D5">
            <w:pPr>
              <w:spacing w:after="60"/>
              <w:jc w:val="center"/>
            </w:pPr>
            <w:r>
              <w:t>1</w:t>
            </w:r>
            <w:bookmarkStart w:id="0" w:name="_GoBack"/>
            <w:bookmarkEnd w:id="0"/>
          </w:p>
        </w:tc>
      </w:tr>
      <w:tr w:rsidR="001F3848" w14:paraId="5DC9D2F4" w14:textId="77777777">
        <w:tc>
          <w:tcPr>
            <w:tcW w:w="7200" w:type="dxa"/>
          </w:tcPr>
          <w:p w14:paraId="7C3BE049" w14:textId="4B5E0576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FB4745">
              <w:rPr>
                <w:sz w:val="19"/>
              </w:rPr>
              <w:t>RIŽOTO, SALATA</w:t>
            </w:r>
            <w:r w:rsidR="002E0CDA">
              <w:rPr>
                <w:sz w:val="19"/>
              </w:rPr>
              <w:t>,KRUH,VOĆE</w:t>
            </w:r>
          </w:p>
        </w:tc>
        <w:tc>
          <w:tcPr>
            <w:tcW w:w="2160" w:type="dxa"/>
          </w:tcPr>
          <w:p w14:paraId="201842DD" w14:textId="40CA6B32" w:rsidR="001F3848" w:rsidRDefault="002E0CDA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451EC720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2):</w:t>
            </w:r>
            <w:r w:rsidR="00FB4745">
              <w:rPr>
                <w:b/>
                <w:sz w:val="19"/>
              </w:rPr>
              <w:t>ČUFTE,KRUMPIR</w:t>
            </w:r>
            <w:r w:rsidR="002E0CDA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2499357C" w14:textId="5547E7DD" w:rsidR="001F3848" w:rsidRDefault="0055559B" w:rsidP="00C100D5">
            <w:pPr>
              <w:spacing w:after="60"/>
              <w:jc w:val="center"/>
            </w:pPr>
            <w:r>
              <w:t>1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2B9BDFE3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432DF4">
              <w:rPr>
                <w:sz w:val="19"/>
              </w:rPr>
              <w:t>KROASAN</w:t>
            </w:r>
          </w:p>
        </w:tc>
        <w:tc>
          <w:tcPr>
            <w:tcW w:w="2160" w:type="dxa"/>
          </w:tcPr>
          <w:p w14:paraId="0AB3E38E" w14:textId="22183F03" w:rsidR="001F3848" w:rsidRDefault="00F2369B" w:rsidP="00C100D5">
            <w:pPr>
              <w:spacing w:after="60"/>
              <w:jc w:val="center"/>
            </w:pPr>
            <w:r>
              <w:t>1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1181BB26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  <w:r w:rsidR="00FB4745">
              <w:rPr>
                <w:b/>
                <w:sz w:val="19"/>
              </w:rPr>
              <w:t>PUTER ŠTANGICE,VOĆNI JOGURT</w:t>
            </w:r>
            <w:r w:rsidR="004C5EAA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2F1D6E7F" w14:textId="4103F140" w:rsidR="001F3848" w:rsidRDefault="00C100D5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76A75D05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  <w:r w:rsidR="00FB4745">
              <w:rPr>
                <w:b/>
                <w:sz w:val="19"/>
              </w:rPr>
              <w:t>BOLONJEZ,PARMEZAN</w:t>
            </w:r>
            <w:r w:rsidR="00A81D30">
              <w:rPr>
                <w:b/>
                <w:sz w:val="19"/>
              </w:rPr>
              <w:t>,SALATA</w:t>
            </w:r>
            <w:r w:rsidR="004C5EAA">
              <w:rPr>
                <w:b/>
                <w:sz w:val="19"/>
              </w:rPr>
              <w:t>,KRUH,VOĆE</w:t>
            </w:r>
          </w:p>
        </w:tc>
        <w:tc>
          <w:tcPr>
            <w:tcW w:w="2160" w:type="dxa"/>
          </w:tcPr>
          <w:p w14:paraId="471DF367" w14:textId="141AB7FF" w:rsidR="001F3848" w:rsidRDefault="00C100D5" w:rsidP="00C100D5">
            <w:pPr>
              <w:spacing w:after="60"/>
              <w:jc w:val="center"/>
            </w:pPr>
            <w:r>
              <w:t>1</w:t>
            </w:r>
            <w:r w:rsidR="00FB4745">
              <w:t>,7</w:t>
            </w: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794CB625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FB4745">
              <w:rPr>
                <w:sz w:val="19"/>
              </w:rPr>
              <w:t>PEČENA PILETINA,MLINCI</w:t>
            </w:r>
            <w:r w:rsidR="00C515A5">
              <w:rPr>
                <w:sz w:val="19"/>
              </w:rPr>
              <w:t>,SALATA</w:t>
            </w:r>
            <w:r w:rsidR="004C5EAA">
              <w:rPr>
                <w:sz w:val="19"/>
              </w:rPr>
              <w:t>,KRUH</w:t>
            </w:r>
          </w:p>
        </w:tc>
        <w:tc>
          <w:tcPr>
            <w:tcW w:w="2160" w:type="dxa"/>
          </w:tcPr>
          <w:p w14:paraId="13D675C9" w14:textId="1860E469" w:rsidR="001F3848" w:rsidRDefault="00C100D5" w:rsidP="004C5EAA">
            <w:pPr>
              <w:spacing w:after="60"/>
              <w:jc w:val="center"/>
            </w:pPr>
            <w:r>
              <w:t xml:space="preserve">1 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62A8513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761173">
              <w:rPr>
                <w:sz w:val="19"/>
              </w:rPr>
              <w:t>PUDING</w:t>
            </w:r>
          </w:p>
        </w:tc>
        <w:tc>
          <w:tcPr>
            <w:tcW w:w="2160" w:type="dxa"/>
          </w:tcPr>
          <w:p w14:paraId="4870E904" w14:textId="215C3422" w:rsidR="001F3848" w:rsidRDefault="00C100D5" w:rsidP="00C100D5">
            <w:pPr>
              <w:spacing w:after="60"/>
            </w:pPr>
            <w:r>
              <w:t xml:space="preserve">                   7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79C754D9" w:rsidR="001F3848" w:rsidRDefault="00F7795B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r w:rsidR="00C515A5">
              <w:rPr>
                <w:b/>
                <w:sz w:val="19"/>
              </w:rPr>
              <w:t>/</w:t>
            </w:r>
          </w:p>
        </w:tc>
        <w:tc>
          <w:tcPr>
            <w:tcW w:w="2160" w:type="dxa"/>
          </w:tcPr>
          <w:p w14:paraId="7776210E" w14:textId="75E8C15F" w:rsidR="001F3848" w:rsidRDefault="001F3848" w:rsidP="00452164">
            <w:pPr>
              <w:spacing w:after="60"/>
              <w:jc w:val="center"/>
            </w:pPr>
          </w:p>
        </w:tc>
      </w:tr>
      <w:tr w:rsidR="001F3848" w14:paraId="309DD148" w14:textId="77777777">
        <w:tc>
          <w:tcPr>
            <w:tcW w:w="7200" w:type="dxa"/>
          </w:tcPr>
          <w:p w14:paraId="4F6C7AEF" w14:textId="70D01520" w:rsidR="001F3848" w:rsidRDefault="004C5EA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razredna,predmetna,p.b.1</w:t>
            </w:r>
            <w:r w:rsidR="00C100D5">
              <w:rPr>
                <w:b/>
                <w:sz w:val="19"/>
              </w:rPr>
              <w:t>)</w:t>
            </w:r>
            <w:r w:rsidR="00D844A5">
              <w:rPr>
                <w:b/>
                <w:sz w:val="19"/>
              </w:rPr>
              <w:t>:</w:t>
            </w:r>
            <w:r w:rsidR="00C515A5">
              <w:rPr>
                <w:b/>
                <w:sz w:val="19"/>
              </w:rPr>
              <w:t>/</w:t>
            </w:r>
          </w:p>
        </w:tc>
        <w:tc>
          <w:tcPr>
            <w:tcW w:w="2160" w:type="dxa"/>
          </w:tcPr>
          <w:p w14:paraId="0FB512C5" w14:textId="3664A5E1" w:rsidR="001F3848" w:rsidRDefault="00452164" w:rsidP="00452164">
            <w:pPr>
              <w:spacing w:after="60"/>
            </w:pPr>
            <w:r>
              <w:t xml:space="preserve">                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7150EC3F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</w:t>
            </w:r>
            <w:proofErr w:type="gramEnd"/>
            <w:r w:rsidR="004C5EAA">
              <w:rPr>
                <w:b/>
                <w:sz w:val="19"/>
              </w:rPr>
              <w:t>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C515A5">
              <w:rPr>
                <w:sz w:val="19"/>
              </w:rPr>
              <w:t>/</w:t>
            </w:r>
          </w:p>
        </w:tc>
        <w:tc>
          <w:tcPr>
            <w:tcW w:w="2160" w:type="dxa"/>
          </w:tcPr>
          <w:p w14:paraId="0F2966BD" w14:textId="3EB9E442" w:rsidR="001F3848" w:rsidRDefault="00452164" w:rsidP="00452164">
            <w:pPr>
              <w:spacing w:after="60"/>
            </w:pPr>
            <w:r>
              <w:t xml:space="preserve">                   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55FEF7C1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 w:rsidR="00C515A5">
              <w:rPr>
                <w:b/>
                <w:sz w:val="19"/>
              </w:rPr>
              <w:t>/</w:t>
            </w:r>
          </w:p>
        </w:tc>
        <w:tc>
          <w:tcPr>
            <w:tcW w:w="2160" w:type="dxa"/>
          </w:tcPr>
          <w:p w14:paraId="53054269" w14:textId="5A09A2DD" w:rsidR="001F3848" w:rsidRDefault="001F3848" w:rsidP="00C515A5">
            <w:pPr>
              <w:spacing w:after="60"/>
            </w:pP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9B395" w14:textId="77777777" w:rsidR="00A34EA9" w:rsidRDefault="00A34EA9" w:rsidP="00B07659">
      <w:pPr>
        <w:spacing w:after="0" w:line="240" w:lineRule="auto"/>
      </w:pPr>
      <w:r>
        <w:separator/>
      </w:r>
    </w:p>
  </w:endnote>
  <w:endnote w:type="continuationSeparator" w:id="0">
    <w:p w14:paraId="15450C50" w14:textId="77777777" w:rsidR="00A34EA9" w:rsidRDefault="00A34EA9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66336" w14:textId="77777777" w:rsidR="00A34EA9" w:rsidRDefault="00A34EA9" w:rsidP="00B07659">
      <w:pPr>
        <w:spacing w:after="0" w:line="240" w:lineRule="auto"/>
      </w:pPr>
      <w:r>
        <w:separator/>
      </w:r>
    </w:p>
  </w:footnote>
  <w:footnote w:type="continuationSeparator" w:id="0">
    <w:p w14:paraId="60AE3456" w14:textId="77777777" w:rsidR="00A34EA9" w:rsidRDefault="00A34EA9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F3848"/>
    <w:rsid w:val="002759E0"/>
    <w:rsid w:val="0029639D"/>
    <w:rsid w:val="002E0CDA"/>
    <w:rsid w:val="00305C38"/>
    <w:rsid w:val="00324C1C"/>
    <w:rsid w:val="00326F90"/>
    <w:rsid w:val="0043064C"/>
    <w:rsid w:val="00432DF4"/>
    <w:rsid w:val="00452164"/>
    <w:rsid w:val="004C5EAA"/>
    <w:rsid w:val="004E6032"/>
    <w:rsid w:val="005409D1"/>
    <w:rsid w:val="0055559B"/>
    <w:rsid w:val="00585553"/>
    <w:rsid w:val="00625304"/>
    <w:rsid w:val="006A025E"/>
    <w:rsid w:val="00761173"/>
    <w:rsid w:val="00841D6E"/>
    <w:rsid w:val="00897A40"/>
    <w:rsid w:val="008D0AA9"/>
    <w:rsid w:val="008E45A9"/>
    <w:rsid w:val="009672A3"/>
    <w:rsid w:val="00A07B18"/>
    <w:rsid w:val="00A34EA9"/>
    <w:rsid w:val="00A81D30"/>
    <w:rsid w:val="00AA1D8D"/>
    <w:rsid w:val="00B07659"/>
    <w:rsid w:val="00B47730"/>
    <w:rsid w:val="00BC36A5"/>
    <w:rsid w:val="00C100D5"/>
    <w:rsid w:val="00C515A5"/>
    <w:rsid w:val="00C53E42"/>
    <w:rsid w:val="00CB0664"/>
    <w:rsid w:val="00D226C1"/>
    <w:rsid w:val="00D66FE8"/>
    <w:rsid w:val="00D844A5"/>
    <w:rsid w:val="00E475B5"/>
    <w:rsid w:val="00EE2121"/>
    <w:rsid w:val="00EE77C3"/>
    <w:rsid w:val="00F16B00"/>
    <w:rsid w:val="00F2369B"/>
    <w:rsid w:val="00F7795B"/>
    <w:rsid w:val="00FB4745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21F4A1-ED09-4E37-A144-3EC95F99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2026-09-17T05:34:00Z</dcterms:created>
  <dcterms:modified xsi:type="dcterms:W3CDTF">2026-09-17T05:34:00Z</dcterms:modified>
  <cp:category/>
</cp:coreProperties>
</file>