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5BEA9F4D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122670">
              <w:rPr>
                <w:b/>
                <w:sz w:val="26"/>
              </w:rPr>
              <w:t>26</w:t>
            </w:r>
            <w:r>
              <w:rPr>
                <w:b/>
                <w:sz w:val="26"/>
              </w:rPr>
              <w:t xml:space="preserve">. – </w:t>
            </w:r>
            <w:r w:rsidR="00442ED6">
              <w:rPr>
                <w:b/>
                <w:sz w:val="26"/>
              </w:rPr>
              <w:t>30</w:t>
            </w:r>
            <w:r>
              <w:rPr>
                <w:b/>
                <w:sz w:val="26"/>
              </w:rPr>
              <w:t xml:space="preserve">. </w:t>
            </w:r>
            <w:r w:rsidR="00122670">
              <w:rPr>
                <w:b/>
                <w:sz w:val="26"/>
              </w:rPr>
              <w:t>10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10561E34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122670">
              <w:rPr>
                <w:b/>
                <w:sz w:val="19"/>
              </w:rPr>
              <w:t>RUŽICA,ČAJ</w:t>
            </w:r>
            <w:r w:rsidR="00EE77C3">
              <w:rPr>
                <w:b/>
                <w:sz w:val="19"/>
              </w:rPr>
              <w:t>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776D31A2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43064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7C90ECF4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122670">
              <w:rPr>
                <w:sz w:val="19"/>
              </w:rPr>
              <w:t>RAŽNJIĆI,RIŽA,SALATA</w:t>
            </w:r>
            <w:r w:rsidR="0043064C">
              <w:rPr>
                <w:sz w:val="19"/>
              </w:rPr>
              <w:t>,KRUH,VOĆE</w:t>
            </w:r>
          </w:p>
        </w:tc>
        <w:tc>
          <w:tcPr>
            <w:tcW w:w="1287" w:type="dxa"/>
          </w:tcPr>
          <w:p w14:paraId="67C04373" w14:textId="24F0AB36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78B754E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</w:t>
            </w:r>
            <w:r w:rsidR="00122670">
              <w:rPr>
                <w:sz w:val="19"/>
              </w:rPr>
              <w:t>OH.PILETINA</w:t>
            </w:r>
            <w:r w:rsidR="00442ED6">
              <w:rPr>
                <w:sz w:val="19"/>
              </w:rPr>
              <w:t>,KUH.KRUMPIR,SALATA</w:t>
            </w:r>
            <w:r w:rsidR="0043064C">
              <w:rPr>
                <w:sz w:val="19"/>
              </w:rPr>
              <w:t>,KRUH</w:t>
            </w:r>
          </w:p>
        </w:tc>
        <w:tc>
          <w:tcPr>
            <w:tcW w:w="1287" w:type="dxa"/>
          </w:tcPr>
          <w:p w14:paraId="07192720" w14:textId="020B139B" w:rsidR="001F3848" w:rsidRDefault="0043064C">
            <w:pPr>
              <w:spacing w:after="60"/>
              <w:jc w:val="right"/>
            </w:pPr>
            <w:r>
              <w:t>1,</w:t>
            </w:r>
            <w:r w:rsidR="00442ED6">
              <w:t>6</w:t>
            </w:r>
            <w:r w:rsidR="00122670">
              <w:t>,11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4BB997C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122670">
              <w:rPr>
                <w:sz w:val="19"/>
              </w:rPr>
              <w:t>VOĆNI JOGURT</w:t>
            </w:r>
          </w:p>
        </w:tc>
        <w:tc>
          <w:tcPr>
            <w:tcW w:w="1287" w:type="dxa"/>
          </w:tcPr>
          <w:p w14:paraId="11D4C540" w14:textId="72C0CD09" w:rsidR="001F3848" w:rsidRDefault="0043064C" w:rsidP="00EE2121">
            <w:pPr>
              <w:spacing w:after="60"/>
              <w:jc w:val="center"/>
            </w:pPr>
            <w:r>
              <w:t xml:space="preserve">                 </w:t>
            </w:r>
            <w:r w:rsidR="00122670">
              <w:t>7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51888781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PAHULJICE,MLIJEKO</w:t>
            </w:r>
            <w:r w:rsidR="0043064C">
              <w:rPr>
                <w:sz w:val="19"/>
              </w:rPr>
              <w:t>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35B36C21" w:rsidR="001F3848" w:rsidRDefault="00C100D5" w:rsidP="00C100D5">
            <w:pPr>
              <w:spacing w:after="60"/>
              <w:jc w:val="center"/>
            </w:pPr>
            <w:r>
              <w:t xml:space="preserve">      </w:t>
            </w:r>
            <w:r w:rsidR="00897A40">
              <w:t>1,</w:t>
            </w:r>
            <w:r>
              <w:t xml:space="preserve">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3B90F21B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122670">
              <w:rPr>
                <w:b/>
                <w:sz w:val="19"/>
              </w:rPr>
              <w:t>VARIVO KELJ SA MESOM</w:t>
            </w:r>
            <w:r w:rsidR="0043064C">
              <w:rPr>
                <w:b/>
                <w:sz w:val="19"/>
              </w:rPr>
              <w:t>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1AA575FA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001D05CA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122670">
              <w:rPr>
                <w:b/>
                <w:sz w:val="19"/>
              </w:rPr>
              <w:t>SAFT SA PALENTOM</w:t>
            </w:r>
            <w:r w:rsidR="00003BEC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71D0EC0E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122670">
              <w:rPr>
                <w:sz w:val="19"/>
              </w:rPr>
              <w:t>PUTER ŠTANGICA,ČOK.MLIJEKO</w:t>
            </w:r>
          </w:p>
        </w:tc>
        <w:tc>
          <w:tcPr>
            <w:tcW w:w="2160" w:type="dxa"/>
          </w:tcPr>
          <w:p w14:paraId="67FB6C86" w14:textId="4C531A3B" w:rsidR="001F3848" w:rsidRDefault="0043064C" w:rsidP="00C100D5">
            <w:pPr>
              <w:spacing w:after="60"/>
              <w:jc w:val="center"/>
            </w:pPr>
            <w:r>
              <w:t xml:space="preserve">       </w:t>
            </w:r>
            <w:r w:rsidR="00442ED6">
              <w:t>1,</w:t>
            </w:r>
            <w:r>
              <w:t xml:space="preserve"> </w:t>
            </w:r>
            <w:r w:rsidR="00897A40">
              <w:t>7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39972B0B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122670">
              <w:rPr>
                <w:sz w:val="19"/>
              </w:rPr>
              <w:t>SIRNI NAMAZ</w:t>
            </w:r>
            <w:r w:rsidR="00442ED6">
              <w:rPr>
                <w:sz w:val="19"/>
              </w:rPr>
              <w:t>,KRUH,</w:t>
            </w:r>
            <w:r w:rsidR="00122670">
              <w:rPr>
                <w:sz w:val="19"/>
              </w:rPr>
              <w:t>ČAJ</w:t>
            </w:r>
            <w:r w:rsidR="0043064C">
              <w:rPr>
                <w:sz w:val="19"/>
              </w:rPr>
              <w:t>,VOĆE</w:t>
            </w:r>
          </w:p>
        </w:tc>
        <w:tc>
          <w:tcPr>
            <w:tcW w:w="2160" w:type="dxa"/>
          </w:tcPr>
          <w:p w14:paraId="6AD5913E" w14:textId="05FB30B0" w:rsidR="001F3848" w:rsidRDefault="00442ED6" w:rsidP="00C100D5">
            <w:pPr>
              <w:spacing w:after="60"/>
              <w:jc w:val="center"/>
            </w:pPr>
            <w:r>
              <w:t>1,</w:t>
            </w:r>
            <w:r w:rsidR="002E0CDA">
              <w:t>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0EA869D7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122670">
              <w:rPr>
                <w:sz w:val="19"/>
              </w:rPr>
              <w:t>PLJESKAVICE,KRUMPIR, ŠPINAT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570713EB" w:rsidR="001F3848" w:rsidRDefault="002E0CDA" w:rsidP="00C100D5">
            <w:pPr>
              <w:spacing w:after="60"/>
              <w:jc w:val="center"/>
            </w:pPr>
            <w:r>
              <w:t>1</w:t>
            </w:r>
            <w:r w:rsidR="00122670">
              <w:t>,6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03EC4528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</w:t>
            </w:r>
            <w:r w:rsidR="00442ED6">
              <w:rPr>
                <w:b/>
                <w:sz w:val="19"/>
              </w:rPr>
              <w:t>):</w:t>
            </w:r>
            <w:r w:rsidR="00122670">
              <w:rPr>
                <w:b/>
                <w:sz w:val="19"/>
              </w:rPr>
              <w:t>GULAŠ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7C3C7CC7" w:rsidR="001F3848" w:rsidRDefault="00442ED6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757ECE7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PUDING</w:t>
            </w:r>
          </w:p>
        </w:tc>
        <w:tc>
          <w:tcPr>
            <w:tcW w:w="2160" w:type="dxa"/>
          </w:tcPr>
          <w:p w14:paraId="0AB3E38E" w14:textId="2F2F1A40" w:rsidR="001F3848" w:rsidRDefault="002E0CDA" w:rsidP="00C100D5">
            <w:pPr>
              <w:spacing w:after="60"/>
              <w:jc w:val="center"/>
            </w:pPr>
            <w:r>
              <w:t>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7C6354EA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BB2834">
              <w:rPr>
                <w:b/>
                <w:sz w:val="19"/>
              </w:rPr>
              <w:t>PAŠTETA,KRUH,ČAJ</w:t>
            </w:r>
            <w:r w:rsidR="00122670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46C4C4F3" w:rsidR="001F3848" w:rsidRDefault="00122670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3811515D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122670">
              <w:rPr>
                <w:b/>
                <w:sz w:val="19"/>
              </w:rPr>
              <w:t>PEČ.PILETINA,MLINC,IKRUH,SALATA,</w:t>
            </w:r>
          </w:p>
        </w:tc>
        <w:tc>
          <w:tcPr>
            <w:tcW w:w="2160" w:type="dxa"/>
          </w:tcPr>
          <w:p w14:paraId="471DF367" w14:textId="54FAC8D6" w:rsidR="001F3848" w:rsidRDefault="00FF14A0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7D0A93D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FF14A0">
              <w:rPr>
                <w:sz w:val="19"/>
              </w:rPr>
              <w:t>MEDALJONI,RIŽA,KRUH,SALATA</w:t>
            </w:r>
          </w:p>
        </w:tc>
        <w:tc>
          <w:tcPr>
            <w:tcW w:w="2160" w:type="dxa"/>
          </w:tcPr>
          <w:p w14:paraId="13D675C9" w14:textId="74ACD447" w:rsidR="001F3848" w:rsidRDefault="00FF14A0" w:rsidP="004C5EAA">
            <w:pPr>
              <w:spacing w:after="60"/>
              <w:jc w:val="center"/>
            </w:pPr>
            <w:r>
              <w:t>1,3</w:t>
            </w:r>
            <w:r w:rsidR="00C100D5">
              <w:t xml:space="preserve">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7636110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FF14A0">
              <w:rPr>
                <w:sz w:val="19"/>
              </w:rPr>
              <w:t>ŠTRUDLA VANILIJA-VIŠNJA</w:t>
            </w:r>
          </w:p>
        </w:tc>
        <w:tc>
          <w:tcPr>
            <w:tcW w:w="2160" w:type="dxa"/>
          </w:tcPr>
          <w:p w14:paraId="4870E904" w14:textId="0221FCE5" w:rsidR="001F3848" w:rsidRDefault="00C100D5" w:rsidP="00C100D5">
            <w:pPr>
              <w:spacing w:after="60"/>
            </w:pPr>
            <w:r>
              <w:t xml:space="preserve">                   </w:t>
            </w:r>
            <w:r w:rsidR="00FF14A0">
              <w:t>1,7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36AC630C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FF14A0">
              <w:rPr>
                <w:b/>
                <w:sz w:val="19"/>
              </w:rPr>
              <w:t>ŠTRUKLI,JOGURT,VOĆE</w:t>
            </w:r>
          </w:p>
        </w:tc>
        <w:tc>
          <w:tcPr>
            <w:tcW w:w="2160" w:type="dxa"/>
          </w:tcPr>
          <w:p w14:paraId="7776210E" w14:textId="3281A838" w:rsidR="001F3848" w:rsidRDefault="00FF14A0" w:rsidP="00452164">
            <w:pPr>
              <w:spacing w:after="60"/>
              <w:jc w:val="center"/>
            </w:pPr>
            <w:r>
              <w:t>1,3,7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2973BCE7" w:rsidR="001F3848" w:rsidRDefault="004C5EAA">
            <w:pPr>
              <w:spacing w:after="60"/>
            </w:pPr>
            <w:r>
              <w:rPr>
                <w:b/>
                <w:sz w:val="19"/>
              </w:rPr>
              <w:t>RUČAK(razredna,predmetna,p.b.1</w:t>
            </w:r>
            <w:r w:rsidR="00C100D5">
              <w:rPr>
                <w:b/>
                <w:sz w:val="19"/>
              </w:rPr>
              <w:t>)</w:t>
            </w:r>
            <w:r w:rsidR="00D844A5">
              <w:rPr>
                <w:b/>
                <w:sz w:val="19"/>
              </w:rPr>
              <w:t>:</w:t>
            </w:r>
            <w:r w:rsidR="00FF14A0">
              <w:rPr>
                <w:b/>
                <w:sz w:val="19"/>
              </w:rPr>
              <w:t>RIBLJI ODREZAK,</w:t>
            </w:r>
            <w:r w:rsidR="008C5591">
              <w:rPr>
                <w:b/>
                <w:sz w:val="19"/>
              </w:rPr>
              <w:t>MAHUNA</w:t>
            </w:r>
            <w:bookmarkStart w:id="0" w:name="_GoBack"/>
            <w:bookmarkEnd w:id="0"/>
            <w:r w:rsidR="0058633A">
              <w:rPr>
                <w:b/>
                <w:sz w:val="19"/>
              </w:rPr>
              <w:t>-</w:t>
            </w:r>
            <w:r w:rsidR="00FF14A0">
              <w:rPr>
                <w:b/>
                <w:sz w:val="19"/>
              </w:rPr>
              <w:t>KRUMPIR,SALATA,VOĆE</w:t>
            </w:r>
          </w:p>
        </w:tc>
        <w:tc>
          <w:tcPr>
            <w:tcW w:w="2160" w:type="dxa"/>
          </w:tcPr>
          <w:p w14:paraId="0FB512C5" w14:textId="6C6CACC2" w:rsidR="001F3848" w:rsidRDefault="00452164" w:rsidP="00452164">
            <w:pPr>
              <w:spacing w:after="60"/>
            </w:pPr>
            <w:r>
              <w:t xml:space="preserve">                </w:t>
            </w:r>
            <w:r w:rsidR="00FF14A0">
              <w:t>1,4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588E2BBD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FF14A0">
              <w:rPr>
                <w:sz w:val="19"/>
              </w:rPr>
              <w:t>GRAH RIČET,KRUH</w:t>
            </w:r>
          </w:p>
        </w:tc>
        <w:tc>
          <w:tcPr>
            <w:tcW w:w="2160" w:type="dxa"/>
          </w:tcPr>
          <w:p w14:paraId="0F2966BD" w14:textId="6130E379" w:rsidR="001F3848" w:rsidRDefault="00452164" w:rsidP="00452164">
            <w:pPr>
              <w:spacing w:after="60"/>
            </w:pPr>
            <w:r>
              <w:t xml:space="preserve">                   </w:t>
            </w:r>
            <w:r w:rsidR="00FF14A0">
              <w:t>1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7555865F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FF14A0">
              <w:rPr>
                <w:b/>
                <w:sz w:val="19"/>
              </w:rPr>
              <w:t xml:space="preserve">KRAFNA </w:t>
            </w:r>
          </w:p>
        </w:tc>
        <w:tc>
          <w:tcPr>
            <w:tcW w:w="2160" w:type="dxa"/>
          </w:tcPr>
          <w:p w14:paraId="53054269" w14:textId="624CD494" w:rsidR="001F3848" w:rsidRDefault="00FF14A0" w:rsidP="001D2440">
            <w:pPr>
              <w:spacing w:after="60"/>
              <w:jc w:val="center"/>
            </w:pPr>
            <w:r>
              <w:t>1,3</w:t>
            </w: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D1546" w14:textId="77777777" w:rsidR="00E6145F" w:rsidRDefault="00E6145F" w:rsidP="00B07659">
      <w:pPr>
        <w:spacing w:after="0" w:line="240" w:lineRule="auto"/>
      </w:pPr>
      <w:r>
        <w:separator/>
      </w:r>
    </w:p>
  </w:endnote>
  <w:endnote w:type="continuationSeparator" w:id="0">
    <w:p w14:paraId="01AB7DD7" w14:textId="77777777" w:rsidR="00E6145F" w:rsidRDefault="00E6145F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742CB" w14:textId="77777777" w:rsidR="00E6145F" w:rsidRDefault="00E6145F" w:rsidP="00B07659">
      <w:pPr>
        <w:spacing w:after="0" w:line="240" w:lineRule="auto"/>
      </w:pPr>
      <w:r>
        <w:separator/>
      </w:r>
    </w:p>
  </w:footnote>
  <w:footnote w:type="continuationSeparator" w:id="0">
    <w:p w14:paraId="2589D1E2" w14:textId="77777777" w:rsidR="00E6145F" w:rsidRDefault="00E6145F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22670"/>
    <w:rsid w:val="0015074B"/>
    <w:rsid w:val="00164D03"/>
    <w:rsid w:val="001D2440"/>
    <w:rsid w:val="001F3848"/>
    <w:rsid w:val="002759E0"/>
    <w:rsid w:val="0029639D"/>
    <w:rsid w:val="002A492F"/>
    <w:rsid w:val="002E0CDA"/>
    <w:rsid w:val="00324C1C"/>
    <w:rsid w:val="00326F90"/>
    <w:rsid w:val="0043064C"/>
    <w:rsid w:val="00442ED6"/>
    <w:rsid w:val="00452164"/>
    <w:rsid w:val="004C5EAA"/>
    <w:rsid w:val="004D2BC8"/>
    <w:rsid w:val="004E6032"/>
    <w:rsid w:val="005409D1"/>
    <w:rsid w:val="00585553"/>
    <w:rsid w:val="0058633A"/>
    <w:rsid w:val="00897A40"/>
    <w:rsid w:val="008C5591"/>
    <w:rsid w:val="008D0AA9"/>
    <w:rsid w:val="008E45A9"/>
    <w:rsid w:val="009672A3"/>
    <w:rsid w:val="00A07B18"/>
    <w:rsid w:val="00A81D30"/>
    <w:rsid w:val="00AA1D8D"/>
    <w:rsid w:val="00B07659"/>
    <w:rsid w:val="00B47730"/>
    <w:rsid w:val="00BB2834"/>
    <w:rsid w:val="00BC36A5"/>
    <w:rsid w:val="00C100D5"/>
    <w:rsid w:val="00C53E42"/>
    <w:rsid w:val="00CB0664"/>
    <w:rsid w:val="00CE4324"/>
    <w:rsid w:val="00D66FE8"/>
    <w:rsid w:val="00D844A5"/>
    <w:rsid w:val="00DA1CC0"/>
    <w:rsid w:val="00DA5086"/>
    <w:rsid w:val="00E475B5"/>
    <w:rsid w:val="00E6145F"/>
    <w:rsid w:val="00E83A0A"/>
    <w:rsid w:val="00EE2121"/>
    <w:rsid w:val="00EE77C3"/>
    <w:rsid w:val="00EF583D"/>
    <w:rsid w:val="00F2369B"/>
    <w:rsid w:val="00F7795B"/>
    <w:rsid w:val="00FC693F"/>
    <w:rsid w:val="00FF14A0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272B65-388E-478B-AF32-FABBDEFE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2026-09-17T06:03:00Z</dcterms:created>
  <dcterms:modified xsi:type="dcterms:W3CDTF">2026-09-17T06:03:00Z</dcterms:modified>
  <cp:category/>
</cp:coreProperties>
</file>