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9D8" w:rsidRDefault="002F22FD">
      <w:pPr>
        <w:pStyle w:val="Naslov"/>
        <w:jc w:val="center"/>
      </w:pPr>
      <w:r>
        <w:rPr>
          <w:rFonts w:ascii="Times New Roman" w:eastAsia="Times New Roman" w:hAnsi="Times New Roman" w:cs="Times New Roman"/>
        </w:rPr>
        <w:t>Moj let kroz djetinjstvo</w:t>
      </w:r>
    </w:p>
    <w:p w:rsidR="001619D8" w:rsidRDefault="002F22FD">
      <w:pPr>
        <w:jc w:val="both"/>
      </w:pPr>
      <w:r>
        <w:t>Moje Zagorje nije samo Zagorje, moja Miljana nije samo Miljana, moji Miljenčani nisu samo Miljenčani: oni su dio mog djetinjstva. Moja Miljana je sjećanje na naše prijatelje, susjede i na događaje koji nas prate kroz život i ostaju nam u lijepom sjećanju.</w:t>
      </w:r>
    </w:p>
    <w:p w:rsidR="001619D8" w:rsidRDefault="002F22FD">
      <w:pPr>
        <w:jc w:val="both"/>
      </w:pPr>
      <w:r>
        <w:t>Sjećam se kada smo se svi kao društvo okupljali na igralištu. Igrali bismo nogomet, odbojku, skrivača, svašta bismo smislili samo da nam nije dosadno.</w:t>
      </w:r>
      <w:r w:rsidR="00DD5E14">
        <w:t xml:space="preserve"> Ako</w:t>
      </w:r>
      <w:r>
        <w:t xml:space="preserve"> bi nam</w:t>
      </w:r>
      <w:r w:rsidR="00DD5E14">
        <w:t xml:space="preserve"> i</w:t>
      </w:r>
      <w:r>
        <w:t xml:space="preserve"> bilo dosadno, naši bi nam stariji prijatelji čitali strašne priče iz nekih časopisa. Sjećam se k</w:t>
      </w:r>
      <w:r w:rsidR="004C3916">
        <w:t xml:space="preserve">ao </w:t>
      </w:r>
      <w:r>
        <w:t>da je bilo jučer.</w:t>
      </w:r>
    </w:p>
    <w:p w:rsidR="002F22FD" w:rsidRPr="002F22FD" w:rsidRDefault="002F22FD" w:rsidP="002F22FD">
      <w:pPr>
        <w:rPr>
          <w:color w:val="auto"/>
        </w:rPr>
      </w:pPr>
      <w:r>
        <w:t>Proljeće je pokucalo na vrata. Bregovi i šume su se zazelenjeli, cvijeće je oživjelo, a svanuo je i moj rođendan. Probudila sam se uz sunce na prozoru, dok je mama u kuhinji ukrašavala tortu. Moj peti rođendan obilježilo je jedno od najljepših proljeća koje pamtim. Na velikoj livadi šareno je cvijeće provirivalo iz visoke trave. Taj predivni prizor i danas čuvam u sjećanju jer takvo vrijeme i takvu ljepotu više nećemo doživjeti. Pozvali smo bratiće, sestrične, baku, djeda i strica pa zajedno slavili, družili se i fotografirali.</w:t>
      </w:r>
    </w:p>
    <w:p w:rsidR="002F22FD" w:rsidRDefault="002F22FD" w:rsidP="002F22FD">
      <w:pPr>
        <w:jc w:val="both"/>
      </w:pPr>
      <w:r>
        <w:t>Dani su prolazili i došao je trenutak kada sam prvi put na sebe obukla školsku torbu. Prvi dan u školi mi se svidio kao i svakom đaku, ali buđenje svaki dan u pola sedam bilo je stra</w:t>
      </w:r>
      <w:r w:rsidR="00175553">
        <w:t>šno</w:t>
      </w:r>
      <w:r>
        <w:t xml:space="preserve">. </w:t>
      </w:r>
      <w:r w:rsidRPr="00DD5E14">
        <w:rPr>
          <w:i/>
        </w:rPr>
        <w:t>„Što se mora, mora se“</w:t>
      </w:r>
      <w:r>
        <w:t xml:space="preserve"> rečenica je koju bi mi baka svakoga dana izgovarala. Imala sam sve manje volje i želje za školom. Pomislila sam: </w:t>
      </w:r>
      <w:r w:rsidRPr="00DD5E14">
        <w:rPr>
          <w:i/>
        </w:rPr>
        <w:t>„Kako ću se boriti još sedam godina!?“</w:t>
      </w:r>
      <w:r>
        <w:t xml:space="preserve"> Uskoro napuštam svoju osnovnu školu. Kada pogledam unatrag, sve bih još jednom željela doživjeti.</w:t>
      </w:r>
    </w:p>
    <w:p w:rsidR="001619D8" w:rsidRDefault="002F22FD">
      <w:pPr>
        <w:jc w:val="both"/>
      </w:pPr>
      <w:r>
        <w:t xml:space="preserve">Kada bi došle zime i prve pahulje, okupili bismo se kod naše kuće jer </w:t>
      </w:r>
      <w:r w:rsidR="004C3916">
        <w:t>živimo na</w:t>
      </w:r>
      <w:r>
        <w:t xml:space="preserve"> najveć</w:t>
      </w:r>
      <w:r w:rsidR="004C3916">
        <w:t>em</w:t>
      </w:r>
      <w:r>
        <w:t xml:space="preserve"> brijegu u selu. Sanjkali bismo se, gradili iglu i zid od snijega pa bismo se grudali i natjecali tko </w:t>
      </w:r>
      <w:r w:rsidR="004C3916">
        <w:t xml:space="preserve">će </w:t>
      </w:r>
      <w:r>
        <w:t>kome prvi sruši</w:t>
      </w:r>
      <w:r w:rsidR="004C3916">
        <w:t>ti</w:t>
      </w:r>
      <w:r>
        <w:t xml:space="preserve"> zid. Poslije sanjkanja i druženja svatko bi otišao svojoj kući, a baka bi nas čekala s kuhanim čajem i kakaom.</w:t>
      </w:r>
    </w:p>
    <w:p w:rsidR="001619D8" w:rsidRDefault="002F22FD" w:rsidP="004C3916">
      <w:pPr>
        <w:jc w:val="both"/>
      </w:pPr>
      <w:r>
        <w:t xml:space="preserve">Ljeti bi </w:t>
      </w:r>
      <w:r w:rsidR="004C3916">
        <w:t>nas posjećivali</w:t>
      </w:r>
      <w:r>
        <w:t xml:space="preserve"> prijatelji iz Zagreba. Kada bi</w:t>
      </w:r>
      <w:r w:rsidR="004C3916">
        <w:t xml:space="preserve"> oni</w:t>
      </w:r>
      <w:r>
        <w:t xml:space="preserve"> stigli, družina </w:t>
      </w:r>
      <w:r w:rsidR="004C3916">
        <w:t>je</w:t>
      </w:r>
      <w:r>
        <w:t xml:space="preserve"> bila na okupu. Nije prošao dan</w:t>
      </w:r>
      <w:r w:rsidR="004C3916">
        <w:t>,</w:t>
      </w:r>
      <w:r>
        <w:t xml:space="preserve"> a da se nismo posvađali, </w:t>
      </w:r>
      <w:r w:rsidR="004C3916">
        <w:t xml:space="preserve">no </w:t>
      </w:r>
      <w:r>
        <w:t>jedni bez drugih n</w:t>
      </w:r>
      <w:r w:rsidR="004C3916">
        <w:t>ismo</w:t>
      </w:r>
      <w:r>
        <w:t xml:space="preserve"> mo</w:t>
      </w:r>
      <w:r w:rsidR="004C3916">
        <w:t>gli</w:t>
      </w:r>
      <w:r>
        <w:t xml:space="preserve">. Bilo bi nam previše dosadno. </w:t>
      </w:r>
      <w:r w:rsidR="004C3916">
        <w:t>O</w:t>
      </w:r>
      <w:r>
        <w:t xml:space="preserve">dbojka je najvažniji sport ovoga godišnjeg doba. Neki bi se </w:t>
      </w:r>
      <w:r w:rsidRPr="004C3916">
        <w:rPr>
          <w:i/>
        </w:rPr>
        <w:t xml:space="preserve">komej </w:t>
      </w:r>
      <w:r>
        <w:t xml:space="preserve">učili kako se igra, ali nije bilo vremena: </w:t>
      </w:r>
      <w:r w:rsidRPr="004C3916">
        <w:rPr>
          <w:i/>
        </w:rPr>
        <w:t>„Leti u igru! Kaj znaš, znaš. Fderi loptu kak ćeš, sam da gre prek mreže!“</w:t>
      </w:r>
      <w:r>
        <w:t xml:space="preserve"> To pravilo vrijedi i dan-danas.</w:t>
      </w:r>
    </w:p>
    <w:p w:rsidR="001619D8" w:rsidRDefault="002F22FD">
      <w:pPr>
        <w:jc w:val="both"/>
      </w:pPr>
      <w:r>
        <w:t>Zadnj</w:t>
      </w:r>
      <w:r w:rsidR="00DD5E14">
        <w:t>e</w:t>
      </w:r>
      <w:r>
        <w:t xml:space="preserve"> dan</w:t>
      </w:r>
      <w:r w:rsidR="00DD5E14">
        <w:t>e</w:t>
      </w:r>
      <w:r>
        <w:t xml:space="preserve"> ljeta svi </w:t>
      </w:r>
      <w:r w:rsidR="00DD5E14">
        <w:t>naši prijatelji</w:t>
      </w:r>
      <w:r>
        <w:t xml:space="preserve"> otišli bi</w:t>
      </w:r>
      <w:r w:rsidR="00DD5E14">
        <w:t xml:space="preserve"> </w:t>
      </w:r>
      <w:r>
        <w:t>u Zagreb</w:t>
      </w:r>
      <w:r w:rsidR="00DD5E14">
        <w:t>, a mi</w:t>
      </w:r>
      <w:r>
        <w:t xml:space="preserve"> smo se</w:t>
      </w:r>
      <w:r w:rsidR="00DD5E14">
        <w:t xml:space="preserve"> </w:t>
      </w:r>
      <w:r>
        <w:t xml:space="preserve">viđali dva ili tri sata na dan. To nam je teško padalo, a još više </w:t>
      </w:r>
      <w:r w:rsidR="00175553">
        <w:t xml:space="preserve">smo postali snuždeni </w:t>
      </w:r>
      <w:r w:rsidR="00DD5E14">
        <w:t>ka</w:t>
      </w:r>
      <w:r>
        <w:t>ko se približavala škola.</w:t>
      </w:r>
    </w:p>
    <w:p w:rsidR="001619D8" w:rsidRDefault="002F22FD">
      <w:pPr>
        <w:jc w:val="both"/>
      </w:pPr>
      <w:r>
        <w:t>Godin</w:t>
      </w:r>
      <w:r w:rsidR="00DD5E14">
        <w:t>e</w:t>
      </w:r>
      <w:r>
        <w:t xml:space="preserve"> prolet</w:t>
      </w:r>
      <w:r w:rsidR="00DD5E14">
        <w:t>e</w:t>
      </w:r>
      <w:r>
        <w:t>, a nis</w:t>
      </w:r>
      <w:r w:rsidR="00DD5E14">
        <w:t>mo</w:t>
      </w:r>
      <w:r>
        <w:t xml:space="preserve"> ni svjes</w:t>
      </w:r>
      <w:r w:rsidR="00DD5E14">
        <w:t>ni</w:t>
      </w:r>
      <w:r>
        <w:t>. Novi dani, nova iskustva, nov</w:t>
      </w:r>
      <w:r w:rsidR="00DD5E14">
        <w:t>a</w:t>
      </w:r>
      <w:r>
        <w:t xml:space="preserve"> razdoblj</w:t>
      </w:r>
      <w:r w:rsidR="00DD5E14">
        <w:t>a</w:t>
      </w:r>
      <w:r>
        <w:t xml:space="preserve"> – sv</w:t>
      </w:r>
      <w:r w:rsidR="00DD5E14">
        <w:t>e neprekidno teče</w:t>
      </w:r>
      <w:r>
        <w:t>, ali razdoblje koje nikada nećemo zaboraviti upravo je ovo, bez tereta nad glavom i stresa.</w:t>
      </w:r>
      <w:r w:rsidR="00DD5E14">
        <w:t xml:space="preserve"> S prijateljima </w:t>
      </w:r>
      <w:r>
        <w:t>k</w:t>
      </w:r>
      <w:r w:rsidR="00DD5E14">
        <w:t>oji</w:t>
      </w:r>
      <w:r>
        <w:t xml:space="preserve"> grade i uljepša</w:t>
      </w:r>
      <w:r w:rsidR="00DD5E14">
        <w:t>vaju naše</w:t>
      </w:r>
      <w:r>
        <w:t xml:space="preserve"> uspomene</w:t>
      </w:r>
      <w:r w:rsidR="00DD5E14">
        <w:t xml:space="preserve"> i </w:t>
      </w:r>
      <w:r>
        <w:t>sjećanja.</w:t>
      </w:r>
    </w:p>
    <w:p w:rsidR="002F22FD" w:rsidRDefault="002F22FD">
      <w:pPr>
        <w:jc w:val="both"/>
      </w:pPr>
    </w:p>
    <w:p w:rsidR="007050A3" w:rsidRDefault="00F37624" w:rsidP="00F37624">
      <w:pPr>
        <w:jc w:val="both"/>
        <w:rPr>
          <w:b/>
        </w:rPr>
      </w:pPr>
      <w:r>
        <w:t xml:space="preserve">                                                         </w:t>
      </w:r>
      <w:r>
        <w:rPr>
          <w:b/>
        </w:rPr>
        <w:t xml:space="preserve">Ines </w:t>
      </w:r>
      <w:proofErr w:type="spellStart"/>
      <w:r>
        <w:rPr>
          <w:b/>
        </w:rPr>
        <w:t>Geršak</w:t>
      </w:r>
      <w:proofErr w:type="spellEnd"/>
      <w:r>
        <w:rPr>
          <w:b/>
        </w:rPr>
        <w:t>, 8. razred OŠ Josipa Broza Kumrovec</w:t>
      </w:r>
    </w:p>
    <w:p w:rsidR="00E91B15" w:rsidRPr="00F37624" w:rsidRDefault="00E91B15" w:rsidP="00F37624">
      <w:pPr>
        <w:jc w:val="both"/>
        <w:rPr>
          <w:b/>
        </w:rPr>
      </w:pPr>
      <w:r>
        <w:rPr>
          <w:b/>
        </w:rPr>
        <w:t xml:space="preserve">                                                         Mentorica: Tea Ferdelja</w:t>
      </w:r>
      <w:bookmarkStart w:id="0" w:name="_GoBack"/>
      <w:bookmarkEnd w:id="0"/>
    </w:p>
    <w:sectPr w:rsidR="00E91B15" w:rsidRPr="00F37624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19D8"/>
    <w:rsid w:val="00175553"/>
    <w:rsid w:val="0029639D"/>
    <w:rsid w:val="002F22FD"/>
    <w:rsid w:val="00326F90"/>
    <w:rsid w:val="004C3916"/>
    <w:rsid w:val="007050A3"/>
    <w:rsid w:val="00AA1D8D"/>
    <w:rsid w:val="00B47730"/>
    <w:rsid w:val="00B732D1"/>
    <w:rsid w:val="00CB0664"/>
    <w:rsid w:val="00DD5E14"/>
    <w:rsid w:val="00E91B15"/>
    <w:rsid w:val="00F376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A9A7E"/>
  <w14:defaultImageDpi w14:val="300"/>
  <w15:docId w15:val="{2765FAF3-2D19-4F64-B9C3-573CB841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  <w:ind w:firstLine="317"/>
    </w:pPr>
    <w:rPr>
      <w:rFonts w:ascii="Times New Roman" w:hAnsi="Times New Roman"/>
      <w:color w:val="000000"/>
      <w:sz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spacing w:after="200" w:line="240" w:lineRule="auto"/>
      <w:ind w:firstLine="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ind w:firstLine="31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semiHidden/>
    <w:unhideWhenUsed/>
    <w:rsid w:val="004C3916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auto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3B49F4-DB03-4AEF-B119-304DD285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Moj let kroz djetinjstvo</vt:lpstr>
      <vt:lpstr/>
    </vt:vector>
  </TitlesOfParts>
  <Manager/>
  <Company/>
  <LinksUpToDate>false</LinksUpToDate>
  <CharactersWithSpaces>2918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Moj let kroz djetinjstvo</dc:title>
  <dc:subject>Sastavak</dc:subject>
  <dc:creator>Korisnik</dc:creator>
  <cp:keywords/>
  <dc:description/>
  <cp:lastModifiedBy>Korisnik</cp:lastModifiedBy>
  <cp:revision>4</cp:revision>
  <dcterms:created xsi:type="dcterms:W3CDTF">2026-10-22T19:54:00Z</dcterms:created>
  <dcterms:modified xsi:type="dcterms:W3CDTF">2026-10-22T20:05:00Z</dcterms:modified>
  <cp:category/>
</cp:coreProperties>
</file>